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26326" w:rsidRDefault="00926326">
      <w:pPr>
        <w:autoSpaceDE w:val="0"/>
        <w:autoSpaceDN w:val="0"/>
        <w:spacing w:after="78" w:line="220" w:lineRule="exact"/>
      </w:pPr>
    </w:p>
    <w:p w:rsidR="00926326" w:rsidRPr="00794AC5" w:rsidRDefault="005F2855">
      <w:pPr>
        <w:autoSpaceDE w:val="0"/>
        <w:autoSpaceDN w:val="0"/>
        <w:spacing w:after="0" w:line="230" w:lineRule="auto"/>
        <w:ind w:left="792"/>
        <w:rPr>
          <w:lang w:val="ru-RU"/>
        </w:rPr>
      </w:pPr>
      <w:r w:rsidRPr="00794AC5">
        <w:rPr>
          <w:rFonts w:ascii="Times New Roman" w:eastAsia="Times New Roman" w:hAnsi="Times New Roman"/>
          <w:b/>
          <w:color w:val="000000"/>
          <w:sz w:val="24"/>
          <w:lang w:val="ru-RU"/>
        </w:rPr>
        <w:t>МИНИСТЕРСТВО ПРОСВЕЩЕНИЯ РОССИЙСКОЙ ФЕДЕРАЦИИ</w:t>
      </w:r>
    </w:p>
    <w:p w:rsidR="00926326" w:rsidRPr="00794AC5" w:rsidRDefault="005F2855">
      <w:pPr>
        <w:autoSpaceDE w:val="0"/>
        <w:autoSpaceDN w:val="0"/>
        <w:spacing w:before="670" w:after="0" w:line="230" w:lineRule="auto"/>
        <w:ind w:left="2136"/>
        <w:rPr>
          <w:lang w:val="ru-RU"/>
        </w:rPr>
      </w:pP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>Департамент образования Вологодской области</w:t>
      </w:r>
    </w:p>
    <w:p w:rsidR="00926326" w:rsidRPr="00794AC5" w:rsidRDefault="005F2855">
      <w:pPr>
        <w:autoSpaceDE w:val="0"/>
        <w:autoSpaceDN w:val="0"/>
        <w:spacing w:before="670" w:after="0" w:line="230" w:lineRule="auto"/>
        <w:ind w:left="2316"/>
        <w:rPr>
          <w:lang w:val="ru-RU"/>
        </w:rPr>
      </w:pP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 xml:space="preserve">управление образования мэрии </w:t>
      </w:r>
      <w:proofErr w:type="spellStart"/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>г</w:t>
      </w:r>
      <w:proofErr w:type="gramStart"/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>.Ч</w:t>
      </w:r>
      <w:proofErr w:type="gramEnd"/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>ереповца</w:t>
      </w:r>
      <w:proofErr w:type="spellEnd"/>
    </w:p>
    <w:p w:rsidR="00926326" w:rsidRPr="00794AC5" w:rsidRDefault="005F2855">
      <w:pPr>
        <w:autoSpaceDE w:val="0"/>
        <w:autoSpaceDN w:val="0"/>
        <w:spacing w:before="670" w:after="1436" w:line="230" w:lineRule="auto"/>
        <w:ind w:right="4026"/>
        <w:jc w:val="right"/>
        <w:rPr>
          <w:lang w:val="ru-RU"/>
        </w:rPr>
      </w:pP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>МАОУ "ОЦ № 36"</w:t>
      </w:r>
    </w:p>
    <w:p w:rsidR="00926326" w:rsidRPr="00794AC5" w:rsidRDefault="00926326">
      <w:pPr>
        <w:rPr>
          <w:lang w:val="ru-RU"/>
        </w:rPr>
        <w:sectPr w:rsidR="00926326" w:rsidRPr="00794AC5">
          <w:pgSz w:w="11900" w:h="16840"/>
          <w:pgMar w:top="298" w:right="876" w:bottom="1436" w:left="1440" w:header="720" w:footer="720" w:gutter="0"/>
          <w:cols w:space="720" w:equalWidth="0">
            <w:col w:w="9584" w:space="0"/>
          </w:cols>
          <w:docGrid w:linePitch="360"/>
        </w:sectPr>
      </w:pPr>
    </w:p>
    <w:p w:rsidR="00926326" w:rsidRPr="00794AC5" w:rsidRDefault="005F2855">
      <w:pPr>
        <w:autoSpaceDE w:val="0"/>
        <w:autoSpaceDN w:val="0"/>
        <w:spacing w:after="0" w:line="245" w:lineRule="auto"/>
        <w:ind w:left="2816" w:right="432"/>
        <w:rPr>
          <w:lang w:val="ru-RU"/>
        </w:rPr>
      </w:pPr>
      <w:r w:rsidRPr="00794AC5">
        <w:rPr>
          <w:rFonts w:ascii="Times New Roman" w:eastAsia="Times New Roman" w:hAnsi="Times New Roman"/>
          <w:color w:val="000000"/>
          <w:w w:val="102"/>
          <w:sz w:val="20"/>
          <w:lang w:val="ru-RU"/>
        </w:rPr>
        <w:lastRenderedPageBreak/>
        <w:t xml:space="preserve">РАССМОТРЕНО </w:t>
      </w:r>
      <w:r w:rsidRPr="00794AC5">
        <w:rPr>
          <w:lang w:val="ru-RU"/>
        </w:rPr>
        <w:br/>
      </w:r>
      <w:r w:rsidRPr="00794AC5">
        <w:rPr>
          <w:rFonts w:ascii="Times New Roman" w:eastAsia="Times New Roman" w:hAnsi="Times New Roman"/>
          <w:color w:val="000000"/>
          <w:w w:val="102"/>
          <w:sz w:val="20"/>
          <w:lang w:val="ru-RU"/>
        </w:rPr>
        <w:t xml:space="preserve">методическим объединением </w:t>
      </w:r>
      <w:r w:rsidRPr="00794AC5">
        <w:rPr>
          <w:lang w:val="ru-RU"/>
        </w:rPr>
        <w:br/>
      </w:r>
      <w:r w:rsidRPr="00794AC5">
        <w:rPr>
          <w:rFonts w:ascii="Times New Roman" w:eastAsia="Times New Roman" w:hAnsi="Times New Roman"/>
          <w:color w:val="000000"/>
          <w:w w:val="102"/>
          <w:sz w:val="20"/>
          <w:lang w:val="ru-RU"/>
        </w:rPr>
        <w:t>учителей</w:t>
      </w:r>
    </w:p>
    <w:p w:rsidR="00926326" w:rsidRPr="00794AC5" w:rsidRDefault="00926326">
      <w:pPr>
        <w:rPr>
          <w:lang w:val="ru-RU"/>
        </w:rPr>
        <w:sectPr w:rsidR="00926326" w:rsidRPr="00794AC5">
          <w:type w:val="continuous"/>
          <w:pgSz w:w="11900" w:h="16840"/>
          <w:pgMar w:top="298" w:right="876" w:bottom="1436" w:left="1440" w:header="720" w:footer="720" w:gutter="0"/>
          <w:cols w:num="2" w:space="720" w:equalWidth="0">
            <w:col w:w="5848" w:space="0"/>
            <w:col w:w="3736" w:space="0"/>
          </w:cols>
          <w:docGrid w:linePitch="360"/>
        </w:sectPr>
      </w:pPr>
    </w:p>
    <w:p w:rsidR="00926326" w:rsidRPr="00794AC5" w:rsidRDefault="005F2855">
      <w:pPr>
        <w:autoSpaceDE w:val="0"/>
        <w:autoSpaceDN w:val="0"/>
        <w:spacing w:after="0" w:line="245" w:lineRule="auto"/>
        <w:ind w:left="484" w:right="1728"/>
        <w:rPr>
          <w:lang w:val="ru-RU"/>
        </w:rPr>
      </w:pPr>
      <w:r w:rsidRPr="00794AC5">
        <w:rPr>
          <w:rFonts w:ascii="Times New Roman" w:eastAsia="Times New Roman" w:hAnsi="Times New Roman"/>
          <w:color w:val="000000"/>
          <w:w w:val="102"/>
          <w:sz w:val="20"/>
          <w:lang w:val="ru-RU"/>
        </w:rPr>
        <w:lastRenderedPageBreak/>
        <w:t xml:space="preserve">УТВЕРЖДЕНО </w:t>
      </w:r>
      <w:r w:rsidRPr="00794AC5">
        <w:rPr>
          <w:lang w:val="ru-RU"/>
        </w:rPr>
        <w:br/>
      </w:r>
      <w:r w:rsidRPr="00794AC5">
        <w:rPr>
          <w:rFonts w:ascii="Times New Roman" w:eastAsia="Times New Roman" w:hAnsi="Times New Roman"/>
          <w:color w:val="000000"/>
          <w:w w:val="102"/>
          <w:sz w:val="20"/>
          <w:lang w:val="ru-RU"/>
        </w:rPr>
        <w:t>Директор</w:t>
      </w:r>
    </w:p>
    <w:p w:rsidR="00926326" w:rsidRPr="00794AC5" w:rsidRDefault="005F2855">
      <w:pPr>
        <w:autoSpaceDE w:val="0"/>
        <w:autoSpaceDN w:val="0"/>
        <w:spacing w:before="182" w:after="182" w:line="230" w:lineRule="auto"/>
        <w:jc w:val="center"/>
        <w:rPr>
          <w:lang w:val="ru-RU"/>
        </w:rPr>
      </w:pPr>
      <w:r w:rsidRPr="00794AC5">
        <w:rPr>
          <w:rFonts w:ascii="Times New Roman" w:eastAsia="Times New Roman" w:hAnsi="Times New Roman"/>
          <w:color w:val="000000"/>
          <w:w w:val="102"/>
          <w:sz w:val="20"/>
          <w:lang w:val="ru-RU"/>
        </w:rPr>
        <w:t>______________Алексеева О.А.</w:t>
      </w:r>
    </w:p>
    <w:p w:rsidR="00926326" w:rsidRPr="00794AC5" w:rsidRDefault="00926326">
      <w:pPr>
        <w:rPr>
          <w:lang w:val="ru-RU"/>
        </w:rPr>
        <w:sectPr w:rsidR="00926326" w:rsidRPr="00794AC5">
          <w:type w:val="nextColumn"/>
          <w:pgSz w:w="11900" w:h="16840"/>
          <w:pgMar w:top="298" w:right="876" w:bottom="1436" w:left="1440" w:header="720" w:footer="720" w:gutter="0"/>
          <w:cols w:num="2" w:space="720" w:equalWidth="0">
            <w:col w:w="5848" w:space="0"/>
            <w:col w:w="3736" w:space="0"/>
          </w:cols>
          <w:docGrid w:linePitch="360"/>
        </w:sectPr>
      </w:pPr>
    </w:p>
    <w:p w:rsidR="00926326" w:rsidRPr="00794AC5" w:rsidRDefault="005F2855">
      <w:pPr>
        <w:tabs>
          <w:tab w:val="left" w:pos="6332"/>
        </w:tabs>
        <w:autoSpaceDE w:val="0"/>
        <w:autoSpaceDN w:val="0"/>
        <w:spacing w:after="182" w:line="230" w:lineRule="auto"/>
        <w:ind w:left="2816"/>
        <w:rPr>
          <w:lang w:val="ru-RU"/>
        </w:rPr>
      </w:pPr>
      <w:r w:rsidRPr="00794AC5">
        <w:rPr>
          <w:rFonts w:ascii="Times New Roman" w:eastAsia="Times New Roman" w:hAnsi="Times New Roman"/>
          <w:color w:val="000000"/>
          <w:w w:val="102"/>
          <w:sz w:val="20"/>
          <w:lang w:val="ru-RU"/>
        </w:rPr>
        <w:lastRenderedPageBreak/>
        <w:t xml:space="preserve">Руководитель МО </w:t>
      </w:r>
      <w:r w:rsidRPr="00794AC5">
        <w:rPr>
          <w:lang w:val="ru-RU"/>
        </w:rPr>
        <w:tab/>
      </w:r>
      <w:r w:rsidRPr="00794AC5">
        <w:rPr>
          <w:rFonts w:ascii="Times New Roman" w:eastAsia="Times New Roman" w:hAnsi="Times New Roman"/>
          <w:color w:val="000000"/>
          <w:w w:val="102"/>
          <w:sz w:val="20"/>
          <w:lang w:val="ru-RU"/>
        </w:rPr>
        <w:t>Приказ №1</w:t>
      </w:r>
    </w:p>
    <w:p w:rsidR="00926326" w:rsidRPr="00794AC5" w:rsidRDefault="00926326">
      <w:pPr>
        <w:rPr>
          <w:lang w:val="ru-RU"/>
        </w:rPr>
        <w:sectPr w:rsidR="00926326" w:rsidRPr="00794AC5">
          <w:type w:val="continuous"/>
          <w:pgSz w:w="11900" w:h="16840"/>
          <w:pgMar w:top="298" w:right="876" w:bottom="1436" w:left="1440" w:header="720" w:footer="720" w:gutter="0"/>
          <w:cols w:space="720" w:equalWidth="0">
            <w:col w:w="9584" w:space="0"/>
          </w:cols>
          <w:docGrid w:linePitch="360"/>
        </w:sectPr>
      </w:pPr>
    </w:p>
    <w:p w:rsidR="00926326" w:rsidRPr="00794AC5" w:rsidRDefault="005F2855">
      <w:pPr>
        <w:autoSpaceDE w:val="0"/>
        <w:autoSpaceDN w:val="0"/>
        <w:spacing w:after="0" w:line="230" w:lineRule="auto"/>
        <w:ind w:right="390"/>
        <w:jc w:val="right"/>
        <w:rPr>
          <w:lang w:val="ru-RU"/>
        </w:rPr>
      </w:pPr>
      <w:r w:rsidRPr="00794AC5">
        <w:rPr>
          <w:rFonts w:ascii="Times New Roman" w:eastAsia="Times New Roman" w:hAnsi="Times New Roman"/>
          <w:color w:val="000000"/>
          <w:w w:val="102"/>
          <w:sz w:val="20"/>
          <w:lang w:val="ru-RU"/>
        </w:rPr>
        <w:lastRenderedPageBreak/>
        <w:t>______________ Ермакова К.Л.</w:t>
      </w:r>
    </w:p>
    <w:p w:rsidR="00926326" w:rsidRPr="00794AC5" w:rsidRDefault="005F2855">
      <w:pPr>
        <w:autoSpaceDE w:val="0"/>
        <w:autoSpaceDN w:val="0"/>
        <w:spacing w:before="182" w:after="0" w:line="324" w:lineRule="auto"/>
        <w:ind w:left="2816" w:right="1440"/>
        <w:rPr>
          <w:lang w:val="ru-RU"/>
        </w:rPr>
      </w:pPr>
      <w:r w:rsidRPr="00794AC5">
        <w:rPr>
          <w:rFonts w:ascii="Times New Roman" w:eastAsia="Times New Roman" w:hAnsi="Times New Roman"/>
          <w:color w:val="000000"/>
          <w:w w:val="102"/>
          <w:sz w:val="20"/>
          <w:lang w:val="ru-RU"/>
        </w:rPr>
        <w:t xml:space="preserve">Протокол №1 </w:t>
      </w:r>
      <w:r w:rsidRPr="00794AC5">
        <w:rPr>
          <w:lang w:val="ru-RU"/>
        </w:rPr>
        <w:br/>
      </w:r>
      <w:r w:rsidRPr="00794AC5">
        <w:rPr>
          <w:rFonts w:ascii="Times New Roman" w:eastAsia="Times New Roman" w:hAnsi="Times New Roman"/>
          <w:color w:val="000000"/>
          <w:w w:val="102"/>
          <w:sz w:val="20"/>
          <w:lang w:val="ru-RU"/>
        </w:rPr>
        <w:t>от "29" 08  2022 г.</w:t>
      </w:r>
    </w:p>
    <w:p w:rsidR="00926326" w:rsidRPr="00794AC5" w:rsidRDefault="00926326">
      <w:pPr>
        <w:rPr>
          <w:lang w:val="ru-RU"/>
        </w:rPr>
        <w:sectPr w:rsidR="00926326" w:rsidRPr="00794AC5">
          <w:type w:val="continuous"/>
          <w:pgSz w:w="11900" w:h="16840"/>
          <w:pgMar w:top="298" w:right="876" w:bottom="1436" w:left="1440" w:header="720" w:footer="720" w:gutter="0"/>
          <w:cols w:num="2" w:space="720" w:equalWidth="0">
            <w:col w:w="5942" w:space="0"/>
            <w:col w:w="3642" w:space="0"/>
          </w:cols>
          <w:docGrid w:linePitch="360"/>
        </w:sectPr>
      </w:pPr>
    </w:p>
    <w:p w:rsidR="00926326" w:rsidRPr="00794AC5" w:rsidRDefault="005F2855">
      <w:pPr>
        <w:autoSpaceDE w:val="0"/>
        <w:autoSpaceDN w:val="0"/>
        <w:spacing w:after="1854" w:line="230" w:lineRule="auto"/>
        <w:ind w:left="390"/>
        <w:rPr>
          <w:lang w:val="ru-RU"/>
        </w:rPr>
      </w:pPr>
      <w:r w:rsidRPr="00794AC5">
        <w:rPr>
          <w:rFonts w:ascii="Times New Roman" w:eastAsia="Times New Roman" w:hAnsi="Times New Roman"/>
          <w:color w:val="000000"/>
          <w:w w:val="102"/>
          <w:sz w:val="20"/>
          <w:lang w:val="ru-RU"/>
        </w:rPr>
        <w:lastRenderedPageBreak/>
        <w:t>от "29" 08 2022 г.</w:t>
      </w:r>
    </w:p>
    <w:p w:rsidR="00926326" w:rsidRPr="00794AC5" w:rsidRDefault="00926326">
      <w:pPr>
        <w:rPr>
          <w:lang w:val="ru-RU"/>
        </w:rPr>
        <w:sectPr w:rsidR="00926326" w:rsidRPr="00794AC5">
          <w:type w:val="nextColumn"/>
          <w:pgSz w:w="11900" w:h="16840"/>
          <w:pgMar w:top="298" w:right="876" w:bottom="1436" w:left="1440" w:header="720" w:footer="720" w:gutter="0"/>
          <w:cols w:num="2" w:space="720" w:equalWidth="0">
            <w:col w:w="5942" w:space="0"/>
            <w:col w:w="3642" w:space="0"/>
          </w:cols>
          <w:docGrid w:linePitch="360"/>
        </w:sectPr>
      </w:pPr>
    </w:p>
    <w:p w:rsidR="00926326" w:rsidRPr="00794AC5" w:rsidRDefault="005F2855">
      <w:pPr>
        <w:autoSpaceDE w:val="0"/>
        <w:autoSpaceDN w:val="0"/>
        <w:spacing w:after="0" w:line="262" w:lineRule="auto"/>
        <w:ind w:left="3024" w:right="3600"/>
        <w:jc w:val="center"/>
        <w:rPr>
          <w:lang w:val="ru-RU"/>
        </w:rPr>
      </w:pPr>
      <w:r w:rsidRPr="00794AC5">
        <w:rPr>
          <w:rFonts w:ascii="Times New Roman" w:eastAsia="Times New Roman" w:hAnsi="Times New Roman"/>
          <w:b/>
          <w:color w:val="000000"/>
          <w:sz w:val="24"/>
          <w:lang w:val="ru-RU"/>
        </w:rPr>
        <w:lastRenderedPageBreak/>
        <w:t xml:space="preserve">РАБОЧАЯ ПРОГРАММА </w:t>
      </w:r>
      <w:r w:rsidRPr="00794AC5">
        <w:rPr>
          <w:lang w:val="ru-RU"/>
        </w:rPr>
        <w:br/>
      </w:r>
      <w:r w:rsidRPr="00794AC5">
        <w:rPr>
          <w:rFonts w:ascii="Times New Roman" w:eastAsia="Times New Roman" w:hAnsi="Times New Roman"/>
          <w:b/>
          <w:color w:val="000000"/>
          <w:sz w:val="24"/>
          <w:lang w:val="ru-RU"/>
        </w:rPr>
        <w:t>(</w:t>
      </w:r>
      <w:r>
        <w:rPr>
          <w:rFonts w:ascii="Times New Roman" w:eastAsia="Times New Roman" w:hAnsi="Times New Roman"/>
          <w:b/>
          <w:color w:val="000000"/>
          <w:sz w:val="24"/>
        </w:rPr>
        <w:t>ID</w:t>
      </w:r>
      <w:r w:rsidRPr="00794AC5">
        <w:rPr>
          <w:rFonts w:ascii="Times New Roman" w:eastAsia="Times New Roman" w:hAnsi="Times New Roman"/>
          <w:b/>
          <w:color w:val="000000"/>
          <w:sz w:val="24"/>
          <w:lang w:val="ru-RU"/>
        </w:rPr>
        <w:t xml:space="preserve"> 1993144)</w:t>
      </w:r>
    </w:p>
    <w:p w:rsidR="00926326" w:rsidRPr="00794AC5" w:rsidRDefault="005F2855">
      <w:pPr>
        <w:autoSpaceDE w:val="0"/>
        <w:autoSpaceDN w:val="0"/>
        <w:spacing w:before="166" w:after="0" w:line="262" w:lineRule="auto"/>
        <w:ind w:left="3600" w:right="3888"/>
        <w:jc w:val="center"/>
        <w:rPr>
          <w:lang w:val="ru-RU"/>
        </w:rPr>
      </w:pP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>учебного предмета</w:t>
      </w:r>
      <w:r w:rsidRPr="00794AC5">
        <w:rPr>
          <w:lang w:val="ru-RU"/>
        </w:rPr>
        <w:br/>
      </w: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>«Технология»</w:t>
      </w:r>
    </w:p>
    <w:p w:rsidR="00926326" w:rsidRPr="00794AC5" w:rsidRDefault="005F2855">
      <w:pPr>
        <w:autoSpaceDE w:val="0"/>
        <w:autoSpaceDN w:val="0"/>
        <w:spacing w:before="670" w:after="0" w:line="262" w:lineRule="auto"/>
        <w:ind w:left="2304" w:right="2592"/>
        <w:jc w:val="center"/>
        <w:rPr>
          <w:lang w:val="ru-RU"/>
        </w:rPr>
      </w:pP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 xml:space="preserve">для 5 класса основного общего образования </w:t>
      </w:r>
      <w:r w:rsidRPr="00794AC5">
        <w:rPr>
          <w:lang w:val="ru-RU"/>
        </w:rPr>
        <w:br/>
      </w: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>на 2022-2023  учебный год</w:t>
      </w:r>
    </w:p>
    <w:p w:rsidR="00926326" w:rsidRPr="00794AC5" w:rsidRDefault="005F2855">
      <w:pPr>
        <w:autoSpaceDE w:val="0"/>
        <w:autoSpaceDN w:val="0"/>
        <w:spacing w:before="2112" w:after="0" w:line="262" w:lineRule="auto"/>
        <w:ind w:left="7520" w:hanging="1968"/>
        <w:rPr>
          <w:lang w:val="ru-RU"/>
        </w:rPr>
      </w:pP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 xml:space="preserve">Составитель: Рубан Ирина Викторовна </w:t>
      </w:r>
      <w:r w:rsidRPr="00794AC5">
        <w:rPr>
          <w:lang w:val="ru-RU"/>
        </w:rPr>
        <w:br/>
      </w: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>учитель технологии</w:t>
      </w:r>
    </w:p>
    <w:p w:rsidR="00926326" w:rsidRPr="00794AC5" w:rsidRDefault="00926326">
      <w:pPr>
        <w:rPr>
          <w:lang w:val="ru-RU"/>
        </w:rPr>
        <w:sectPr w:rsidR="00926326" w:rsidRPr="00794AC5">
          <w:type w:val="continuous"/>
          <w:pgSz w:w="11900" w:h="16840"/>
          <w:pgMar w:top="298" w:right="876" w:bottom="1436" w:left="1440" w:header="720" w:footer="720" w:gutter="0"/>
          <w:cols w:space="720" w:equalWidth="0">
            <w:col w:w="9584" w:space="0"/>
          </w:cols>
          <w:docGrid w:linePitch="360"/>
        </w:sectPr>
      </w:pPr>
    </w:p>
    <w:p w:rsidR="00926326" w:rsidRPr="00794AC5" w:rsidRDefault="00926326">
      <w:pPr>
        <w:autoSpaceDE w:val="0"/>
        <w:autoSpaceDN w:val="0"/>
        <w:spacing w:after="258" w:line="220" w:lineRule="exact"/>
        <w:rPr>
          <w:lang w:val="ru-RU"/>
        </w:rPr>
      </w:pPr>
    </w:p>
    <w:p w:rsidR="00926326" w:rsidRPr="00794AC5" w:rsidRDefault="005F2855">
      <w:pPr>
        <w:autoSpaceDE w:val="0"/>
        <w:autoSpaceDN w:val="0"/>
        <w:spacing w:after="0" w:line="230" w:lineRule="auto"/>
        <w:ind w:right="3642"/>
        <w:jc w:val="right"/>
        <w:rPr>
          <w:lang w:val="ru-RU"/>
        </w:rPr>
      </w:pP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>Череповец 2022</w:t>
      </w:r>
    </w:p>
    <w:p w:rsidR="00926326" w:rsidRPr="00794AC5" w:rsidRDefault="00926326">
      <w:pPr>
        <w:rPr>
          <w:lang w:val="ru-RU"/>
        </w:rPr>
        <w:sectPr w:rsidR="00926326" w:rsidRPr="00794AC5">
          <w:pgSz w:w="11900" w:h="16840"/>
          <w:pgMar w:top="478" w:right="1440" w:bottom="1440" w:left="1440" w:header="720" w:footer="720" w:gutter="0"/>
          <w:cols w:space="720" w:equalWidth="0">
            <w:col w:w="9020" w:space="0"/>
          </w:cols>
          <w:docGrid w:linePitch="360"/>
        </w:sectPr>
      </w:pPr>
    </w:p>
    <w:p w:rsidR="00926326" w:rsidRPr="00794AC5" w:rsidRDefault="00926326">
      <w:pPr>
        <w:autoSpaceDE w:val="0"/>
        <w:autoSpaceDN w:val="0"/>
        <w:spacing w:after="78" w:line="220" w:lineRule="exact"/>
        <w:rPr>
          <w:lang w:val="ru-RU"/>
        </w:rPr>
      </w:pPr>
    </w:p>
    <w:p w:rsidR="00926326" w:rsidRPr="00794AC5" w:rsidRDefault="005F2855">
      <w:pPr>
        <w:autoSpaceDE w:val="0"/>
        <w:autoSpaceDN w:val="0"/>
        <w:spacing w:after="0" w:line="230" w:lineRule="auto"/>
        <w:rPr>
          <w:lang w:val="ru-RU"/>
        </w:rPr>
      </w:pPr>
      <w:r w:rsidRPr="00794AC5">
        <w:rPr>
          <w:rFonts w:ascii="Times New Roman" w:eastAsia="Times New Roman" w:hAnsi="Times New Roman"/>
          <w:b/>
          <w:color w:val="000000"/>
          <w:sz w:val="24"/>
          <w:lang w:val="ru-RU"/>
        </w:rPr>
        <w:t>ПОЯСНИТЕЛЬНАЯ ЗАПИСКА</w:t>
      </w:r>
    </w:p>
    <w:p w:rsidR="00926326" w:rsidRPr="00794AC5" w:rsidRDefault="005F2855">
      <w:pPr>
        <w:autoSpaceDE w:val="0"/>
        <w:autoSpaceDN w:val="0"/>
        <w:spacing w:before="346" w:after="0" w:line="230" w:lineRule="auto"/>
        <w:rPr>
          <w:lang w:val="ru-RU"/>
        </w:rPr>
      </w:pPr>
      <w:proofErr w:type="gramStart"/>
      <w:r w:rsidRPr="00794AC5">
        <w:rPr>
          <w:rFonts w:ascii="Times New Roman" w:eastAsia="Times New Roman" w:hAnsi="Times New Roman"/>
          <w:b/>
          <w:color w:val="000000"/>
          <w:sz w:val="24"/>
          <w:lang w:val="ru-RU"/>
        </w:rPr>
        <w:t>НАУЧНЫЙ</w:t>
      </w:r>
      <w:proofErr w:type="gramEnd"/>
      <w:r w:rsidRPr="00794AC5">
        <w:rPr>
          <w:rFonts w:ascii="Times New Roman" w:eastAsia="Times New Roman" w:hAnsi="Times New Roman"/>
          <w:b/>
          <w:color w:val="000000"/>
          <w:sz w:val="24"/>
          <w:lang w:val="ru-RU"/>
        </w:rPr>
        <w:t xml:space="preserve">, ОБШЕКУЛЬТУРНЫЙ И ОБРАЗОВАТЕЛЬНЫЙ КОНТЕНТ ТЕХНОЛОГИИ </w:t>
      </w:r>
    </w:p>
    <w:p w:rsidR="00926326" w:rsidRPr="00794AC5" w:rsidRDefault="005F2855">
      <w:pPr>
        <w:autoSpaceDE w:val="0"/>
        <w:autoSpaceDN w:val="0"/>
        <w:spacing w:before="166" w:after="0" w:line="271" w:lineRule="auto"/>
        <w:ind w:right="336" w:firstLine="180"/>
        <w:jc w:val="both"/>
        <w:rPr>
          <w:lang w:val="ru-RU"/>
        </w:rPr>
      </w:pP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>Фундаментальной задачей общего образования является освоение учащимися наиболее значимых аспектов реальности. К таким аспектам, несомненно, относится и преобразовательная деятельность человека.</w:t>
      </w:r>
    </w:p>
    <w:p w:rsidR="00926326" w:rsidRPr="00794AC5" w:rsidRDefault="005F2855">
      <w:pPr>
        <w:autoSpaceDE w:val="0"/>
        <w:autoSpaceDN w:val="0"/>
        <w:spacing w:before="70" w:after="0"/>
        <w:ind w:right="144" w:firstLine="180"/>
        <w:rPr>
          <w:lang w:val="ru-RU"/>
        </w:rPr>
      </w:pP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>Деятельность по целенаправленному преобразованию окружающего мира существует ровно столько, сколько существует само человечество. Однако современные черты эта деятельность стала приобретать с развитием машинного производства и связанных с ним изменений в интеллектуальной и практической деятельности человека.</w:t>
      </w:r>
    </w:p>
    <w:p w:rsidR="00926326" w:rsidRPr="00794AC5" w:rsidRDefault="005F2855">
      <w:pPr>
        <w:autoSpaceDE w:val="0"/>
        <w:autoSpaceDN w:val="0"/>
        <w:spacing w:before="72" w:after="0"/>
        <w:ind w:firstLine="180"/>
        <w:rPr>
          <w:lang w:val="ru-RU"/>
        </w:rPr>
      </w:pP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>Было обосновано положение, что всякая деятельность должна осуществляться в соответствии с некоторым методом, причём эффективность этого метода непосредственно зависит от того, насколько он окажется формализуемым. Это положение стало основополагающей концепцией индустриального общества. Оно сохранило и умножило свою значимость в информационном обществе.</w:t>
      </w:r>
    </w:p>
    <w:p w:rsidR="00926326" w:rsidRPr="00794AC5" w:rsidRDefault="005F2855">
      <w:pPr>
        <w:tabs>
          <w:tab w:val="left" w:pos="180"/>
        </w:tabs>
        <w:autoSpaceDE w:val="0"/>
        <w:autoSpaceDN w:val="0"/>
        <w:spacing w:before="70" w:after="0" w:line="281" w:lineRule="auto"/>
        <w:ind w:right="288"/>
        <w:rPr>
          <w:lang w:val="ru-RU"/>
        </w:rPr>
      </w:pPr>
      <w:r w:rsidRPr="00794AC5">
        <w:rPr>
          <w:lang w:val="ru-RU"/>
        </w:rPr>
        <w:tab/>
      </w:r>
      <w:proofErr w:type="gramStart"/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 xml:space="preserve">Стержнем названной концепции является технология как логическое развитие «метода» в следующих аспектах: </w:t>
      </w:r>
      <w:r w:rsidRPr="00794AC5">
        <w:rPr>
          <w:lang w:val="ru-RU"/>
        </w:rPr>
        <w:br/>
      </w:r>
      <w:r w:rsidRPr="00794AC5">
        <w:rPr>
          <w:lang w:val="ru-RU"/>
        </w:rPr>
        <w:tab/>
      </w: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 xml:space="preserve">процесс достижения поставленной цели формализован настолько, что становится возможным его воспроизведение в широком спектре условий при практически идентичных результатах; </w:t>
      </w:r>
      <w:r w:rsidRPr="00794AC5">
        <w:rPr>
          <w:lang w:val="ru-RU"/>
        </w:rPr>
        <w:br/>
      </w:r>
      <w:r w:rsidRPr="00794AC5">
        <w:rPr>
          <w:lang w:val="ru-RU"/>
        </w:rPr>
        <w:tab/>
      </w: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>открывается принципиальная возможность автоматизации процессов изготовления изделий (что постепенно распространяется практически на все аспекты человеческой жизни).</w:t>
      </w:r>
      <w:proofErr w:type="gramEnd"/>
    </w:p>
    <w:p w:rsidR="00926326" w:rsidRPr="00794AC5" w:rsidRDefault="005F2855">
      <w:pPr>
        <w:tabs>
          <w:tab w:val="left" w:pos="180"/>
        </w:tabs>
        <w:autoSpaceDE w:val="0"/>
        <w:autoSpaceDN w:val="0"/>
        <w:spacing w:before="70" w:after="0" w:line="262" w:lineRule="auto"/>
        <w:rPr>
          <w:lang w:val="ru-RU"/>
        </w:rPr>
      </w:pPr>
      <w:r w:rsidRPr="00794AC5">
        <w:rPr>
          <w:lang w:val="ru-RU"/>
        </w:rPr>
        <w:tab/>
      </w: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>Развитие технологии тесно связано с научным знанием. Более того, конечной целью науки (начиная с науки Нового времени) является именно создание технологий.</w:t>
      </w:r>
    </w:p>
    <w:p w:rsidR="00926326" w:rsidRPr="00794AC5" w:rsidRDefault="005F2855">
      <w:pPr>
        <w:autoSpaceDE w:val="0"/>
        <w:autoSpaceDN w:val="0"/>
        <w:spacing w:before="70" w:after="0"/>
        <w:ind w:left="180" w:right="432"/>
        <w:rPr>
          <w:lang w:val="ru-RU"/>
        </w:rPr>
      </w:pP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 xml:space="preserve">В ХХ веке сущность технологии была осмыслена в различных плоскостях: </w:t>
      </w:r>
      <w:r w:rsidRPr="00794AC5">
        <w:rPr>
          <w:lang w:val="ru-RU"/>
        </w:rPr>
        <w:br/>
      </w: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 xml:space="preserve">были выделены структуры, родственные понятию технологии, прежде всего, понятие алгоритма; проанализирован феномен зарождающегося технологического общества; </w:t>
      </w:r>
      <w:r w:rsidRPr="00794AC5">
        <w:rPr>
          <w:lang w:val="ru-RU"/>
        </w:rPr>
        <w:br/>
      </w: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>исследованы социальные аспекты технологии.</w:t>
      </w:r>
    </w:p>
    <w:p w:rsidR="00926326" w:rsidRPr="00794AC5" w:rsidRDefault="005F2855">
      <w:pPr>
        <w:autoSpaceDE w:val="0"/>
        <w:autoSpaceDN w:val="0"/>
        <w:spacing w:before="70" w:after="0"/>
        <w:ind w:firstLine="180"/>
        <w:rPr>
          <w:lang w:val="ru-RU"/>
        </w:rPr>
      </w:pP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 xml:space="preserve">Информационные технологии, а затем информационные и коммуникационные технологии (ИКТ) радикальным образом изменили человеческую цивилизацию, открыв беспрецедентные возможности для хранения, обработки, передачи огромных массивов различной информации. Изменилась </w:t>
      </w:r>
      <w:r w:rsidRPr="00794AC5">
        <w:rPr>
          <w:lang w:val="ru-RU"/>
        </w:rPr>
        <w:br/>
      </w: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>структура человеческой деятельности — в ней важнейшую роль стал играть информационный фактор.</w:t>
      </w:r>
    </w:p>
    <w:p w:rsidR="00926326" w:rsidRPr="00794AC5" w:rsidRDefault="005F2855">
      <w:pPr>
        <w:autoSpaceDE w:val="0"/>
        <w:autoSpaceDN w:val="0"/>
        <w:spacing w:before="70" w:after="0" w:line="288" w:lineRule="auto"/>
        <w:rPr>
          <w:lang w:val="ru-RU"/>
        </w:rPr>
      </w:pP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 xml:space="preserve">Исключительно значимыми оказались социальные последствия внедрения </w:t>
      </w:r>
      <w:proofErr w:type="gramStart"/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>ИТ</w:t>
      </w:r>
      <w:proofErr w:type="gramEnd"/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 xml:space="preserve"> и ИКТ, которые послужили базой разработки и широкого распространения социальных сетей и процесса </w:t>
      </w:r>
      <w:r w:rsidRPr="00794AC5">
        <w:rPr>
          <w:lang w:val="ru-RU"/>
        </w:rPr>
        <w:br/>
      </w: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 xml:space="preserve">информатизации общества. На сегодняшний день процесс информатизации приобретает качественно новые черты. Возникло понятие «цифровой экономики», что подразумевает превращение </w:t>
      </w:r>
      <w:r w:rsidRPr="00794AC5">
        <w:rPr>
          <w:lang w:val="ru-RU"/>
        </w:rPr>
        <w:br/>
      </w: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>информации в важнейшую экономическую категорию, быстрое развитие информационного бизнеса и рынка. Появились и интенсивно развиваются новые технологии: облачные, аддитивные, квантовые и пр. Однако цифровая революция (её часто называют третьей революцией) является только прелюдией к новой, более масштабной четвёртой промышленной революции. Все эти изменения самым решительным образом влияют на школьный курс технологии, что было подчёркнуто в «Концепции преподавания предметной области «Технология» в образовательных организациях Российской Федерации, реализующих основные общеобразовательные программы» (далее — «Концепция преподавания предметной области «Технология»).</w:t>
      </w:r>
    </w:p>
    <w:p w:rsidR="00926326" w:rsidRPr="00794AC5" w:rsidRDefault="005F2855">
      <w:pPr>
        <w:autoSpaceDE w:val="0"/>
        <w:autoSpaceDN w:val="0"/>
        <w:spacing w:before="262" w:after="0" w:line="262" w:lineRule="auto"/>
        <w:ind w:right="144"/>
        <w:rPr>
          <w:lang w:val="ru-RU"/>
        </w:rPr>
      </w:pPr>
      <w:r w:rsidRPr="00794AC5">
        <w:rPr>
          <w:rFonts w:ascii="Times New Roman" w:eastAsia="Times New Roman" w:hAnsi="Times New Roman"/>
          <w:b/>
          <w:color w:val="000000"/>
          <w:sz w:val="24"/>
          <w:lang w:val="ru-RU"/>
        </w:rPr>
        <w:t>ЦЕЛИ И ЗАДАЧИ ИЗУЧЕНИЯ ПРЕДМЕТНОЙ ОБЛАСТИ «ТЕХНОЛОГИЯ» В ОСНОВНОМ ОБЩЕМ ОБРАЗОВАНИИ</w:t>
      </w:r>
    </w:p>
    <w:p w:rsidR="00926326" w:rsidRPr="00794AC5" w:rsidRDefault="005F2855">
      <w:pPr>
        <w:autoSpaceDE w:val="0"/>
        <w:autoSpaceDN w:val="0"/>
        <w:spacing w:before="166" w:after="0" w:line="230" w:lineRule="auto"/>
        <w:ind w:left="180"/>
        <w:rPr>
          <w:lang w:val="ru-RU"/>
        </w:rPr>
      </w:pP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 xml:space="preserve">Основной </w:t>
      </w:r>
      <w:r w:rsidRPr="00794AC5">
        <w:rPr>
          <w:rFonts w:ascii="Times New Roman" w:eastAsia="Times New Roman" w:hAnsi="Times New Roman"/>
          <w:b/>
          <w:color w:val="000000"/>
          <w:sz w:val="24"/>
          <w:lang w:val="ru-RU"/>
        </w:rPr>
        <w:t xml:space="preserve">целью </w:t>
      </w: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>освоения предметной области «Технология» является формирование</w:t>
      </w:r>
    </w:p>
    <w:p w:rsidR="00926326" w:rsidRPr="00794AC5" w:rsidRDefault="00926326">
      <w:pPr>
        <w:rPr>
          <w:lang w:val="ru-RU"/>
        </w:rPr>
        <w:sectPr w:rsidR="00926326" w:rsidRPr="00794AC5">
          <w:pgSz w:w="11900" w:h="16840"/>
          <w:pgMar w:top="298" w:right="640" w:bottom="432" w:left="666" w:header="720" w:footer="720" w:gutter="0"/>
          <w:cols w:space="720" w:equalWidth="0">
            <w:col w:w="10594" w:space="0"/>
          </w:cols>
          <w:docGrid w:linePitch="360"/>
        </w:sectPr>
      </w:pPr>
    </w:p>
    <w:p w:rsidR="00926326" w:rsidRPr="00794AC5" w:rsidRDefault="00926326">
      <w:pPr>
        <w:autoSpaceDE w:val="0"/>
        <w:autoSpaceDN w:val="0"/>
        <w:spacing w:after="66" w:line="220" w:lineRule="exact"/>
        <w:rPr>
          <w:lang w:val="ru-RU"/>
        </w:rPr>
      </w:pPr>
    </w:p>
    <w:p w:rsidR="00926326" w:rsidRPr="00794AC5" w:rsidRDefault="005F2855">
      <w:pPr>
        <w:autoSpaceDE w:val="0"/>
        <w:autoSpaceDN w:val="0"/>
        <w:spacing w:after="0" w:line="262" w:lineRule="auto"/>
        <w:ind w:right="288"/>
        <w:rPr>
          <w:lang w:val="ru-RU"/>
        </w:rPr>
      </w:pP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>технологической грамотности, глобальных компетенций, творческого мышления, необходимых для перехода к новым приоритетам научно-технологического развития Российской Федерации.</w:t>
      </w:r>
    </w:p>
    <w:p w:rsidR="00926326" w:rsidRPr="00794AC5" w:rsidRDefault="005F2855">
      <w:pPr>
        <w:tabs>
          <w:tab w:val="left" w:pos="180"/>
        </w:tabs>
        <w:autoSpaceDE w:val="0"/>
        <w:autoSpaceDN w:val="0"/>
        <w:spacing w:before="70" w:after="0" w:line="288" w:lineRule="auto"/>
        <w:rPr>
          <w:lang w:val="ru-RU"/>
        </w:rPr>
      </w:pPr>
      <w:r w:rsidRPr="00794AC5">
        <w:rPr>
          <w:lang w:val="ru-RU"/>
        </w:rPr>
        <w:tab/>
      </w:r>
      <w:r w:rsidRPr="00794AC5">
        <w:rPr>
          <w:rFonts w:ascii="Times New Roman" w:eastAsia="Times New Roman" w:hAnsi="Times New Roman"/>
          <w:b/>
          <w:color w:val="000000"/>
          <w:sz w:val="24"/>
          <w:lang w:val="ru-RU"/>
        </w:rPr>
        <w:t xml:space="preserve">Задачами </w:t>
      </w: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 xml:space="preserve">курса технологии являются: </w:t>
      </w:r>
      <w:r w:rsidRPr="00794AC5">
        <w:rPr>
          <w:lang w:val="ru-RU"/>
        </w:rPr>
        <w:br/>
      </w:r>
      <w:r w:rsidRPr="00794AC5">
        <w:rPr>
          <w:lang w:val="ru-RU"/>
        </w:rPr>
        <w:tab/>
      </w: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 xml:space="preserve">овладение знаниями, умениями и опытом деятельности в предметной области «Технология» как необходимым компонентом общей культуры человека цифрового социума и актуальными для жизни в этом социуме технологиями; </w:t>
      </w:r>
      <w:r w:rsidRPr="00794AC5">
        <w:rPr>
          <w:lang w:val="ru-RU"/>
        </w:rPr>
        <w:br/>
      </w:r>
      <w:r w:rsidRPr="00794AC5">
        <w:rPr>
          <w:lang w:val="ru-RU"/>
        </w:rPr>
        <w:tab/>
      </w:r>
      <w:proofErr w:type="gramStart"/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 xml:space="preserve">овладение трудовыми умениями и необходимыми технологическими знаниями по преобразованию материи, энергии и информации в соответствии с поставленными целями, исходя из экономических, социальных, экологических, эстетических критериев, а также критериев личной и общественной безопасности; </w:t>
      </w:r>
      <w:r w:rsidRPr="00794AC5">
        <w:rPr>
          <w:lang w:val="ru-RU"/>
        </w:rPr>
        <w:br/>
      </w:r>
      <w:r w:rsidRPr="00794AC5">
        <w:rPr>
          <w:lang w:val="ru-RU"/>
        </w:rPr>
        <w:tab/>
      </w: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>формирование у обучающихся культуры проектной и исследовательской деятельности, готовности к предложению и осуществлению новых технологических решений;</w:t>
      </w:r>
      <w:proofErr w:type="gramEnd"/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 xml:space="preserve"> </w:t>
      </w:r>
      <w:r w:rsidRPr="00794AC5">
        <w:rPr>
          <w:lang w:val="ru-RU"/>
        </w:rPr>
        <w:br/>
      </w:r>
      <w:r w:rsidRPr="00794AC5">
        <w:rPr>
          <w:lang w:val="ru-RU"/>
        </w:rPr>
        <w:tab/>
      </w:r>
      <w:proofErr w:type="gramStart"/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 xml:space="preserve">формирование у обучающихся навыка использования в трудовой деятельности цифровых </w:t>
      </w:r>
      <w:r w:rsidRPr="00794AC5">
        <w:rPr>
          <w:lang w:val="ru-RU"/>
        </w:rPr>
        <w:br/>
      </w: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 xml:space="preserve">инструментов и программных сервисов, а также когнитивных инструментов и технологий; </w:t>
      </w:r>
      <w:r w:rsidRPr="00794AC5">
        <w:rPr>
          <w:lang w:val="ru-RU"/>
        </w:rPr>
        <w:br/>
      </w:r>
      <w:r w:rsidRPr="00794AC5">
        <w:rPr>
          <w:lang w:val="ru-RU"/>
        </w:rPr>
        <w:tab/>
      </w: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>развитие умений оценивать свои профессиональные интересы и склонности в плане подготовки к будущей профессиональной деятельности, владение методиками оценки своих профессиональных предпочтений.</w:t>
      </w:r>
      <w:proofErr w:type="gramEnd"/>
    </w:p>
    <w:p w:rsidR="00926326" w:rsidRPr="00794AC5" w:rsidRDefault="005F2855">
      <w:pPr>
        <w:autoSpaceDE w:val="0"/>
        <w:autoSpaceDN w:val="0"/>
        <w:spacing w:before="70" w:after="0" w:line="286" w:lineRule="auto"/>
        <w:ind w:firstLine="180"/>
        <w:rPr>
          <w:lang w:val="ru-RU"/>
        </w:rPr>
      </w:pP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 xml:space="preserve">Как подчёркивается в Концепции преподавания предметной области «Технология», ведущей формой учебной деятельности, направленной на достижение поставленных целей, является проектная деятельность в полном цикле: от формулирования проблемы и постановки конкретной задачи до получения конкретных значимых результатов. Именно в процессе проектной деятельности </w:t>
      </w:r>
      <w:r w:rsidRPr="00794AC5">
        <w:rPr>
          <w:lang w:val="ru-RU"/>
        </w:rPr>
        <w:br/>
      </w: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 xml:space="preserve">достигается синтез многообразия аспектов образовательного процесса, включая личностные интересы обучающихся. При этом разработка и реализация проекта должна осуществляться в определённых масштабах, позволяющих реализовать исследовательскую деятельность и использовать знания, полученные </w:t>
      </w:r>
      <w:proofErr w:type="gramStart"/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>обучающимися</w:t>
      </w:r>
      <w:proofErr w:type="gramEnd"/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 xml:space="preserve"> на других предметах.</w:t>
      </w:r>
    </w:p>
    <w:p w:rsidR="00926326" w:rsidRPr="00794AC5" w:rsidRDefault="005F2855">
      <w:pPr>
        <w:tabs>
          <w:tab w:val="left" w:pos="180"/>
        </w:tabs>
        <w:autoSpaceDE w:val="0"/>
        <w:autoSpaceDN w:val="0"/>
        <w:spacing w:before="70" w:after="0" w:line="286" w:lineRule="auto"/>
        <w:ind w:right="720"/>
        <w:rPr>
          <w:lang w:val="ru-RU"/>
        </w:rPr>
      </w:pPr>
      <w:r w:rsidRPr="00794AC5">
        <w:rPr>
          <w:lang w:val="ru-RU"/>
        </w:rPr>
        <w:tab/>
      </w:r>
      <w:proofErr w:type="gramStart"/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 xml:space="preserve">Важно подчеркнуть, что именно в технологии реализуются все аспекты фундаментальной для образования категории «знания», а именно: </w:t>
      </w:r>
      <w:r w:rsidRPr="00794AC5">
        <w:rPr>
          <w:lang w:val="ru-RU"/>
        </w:rPr>
        <w:br/>
      </w:r>
      <w:r w:rsidRPr="00794AC5">
        <w:rPr>
          <w:lang w:val="ru-RU"/>
        </w:rPr>
        <w:tab/>
      </w: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 xml:space="preserve">понятийное знание, которое складывается из набора понятий, характеризующих данную предметную область; </w:t>
      </w:r>
      <w:r w:rsidRPr="00794AC5">
        <w:rPr>
          <w:lang w:val="ru-RU"/>
        </w:rPr>
        <w:br/>
      </w:r>
      <w:r w:rsidRPr="00794AC5">
        <w:rPr>
          <w:lang w:val="ru-RU"/>
        </w:rPr>
        <w:tab/>
      </w: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 xml:space="preserve">алгоритмическое (технологическое) знание — знание методов, технологий, приводящих к желаемому результату при соблюдении определённых условий; </w:t>
      </w:r>
      <w:r w:rsidRPr="00794AC5">
        <w:rPr>
          <w:lang w:val="ru-RU"/>
        </w:rPr>
        <w:br/>
      </w:r>
      <w:r w:rsidRPr="00794AC5">
        <w:rPr>
          <w:lang w:val="ru-RU"/>
        </w:rPr>
        <w:tab/>
      </w: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>предметное знание, складывающееся из знания и понимания сути законов и закономерностей, применяемых в той или иной предметной области;</w:t>
      </w:r>
      <w:proofErr w:type="gramEnd"/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 xml:space="preserve"> </w:t>
      </w:r>
      <w:r w:rsidRPr="00794AC5">
        <w:rPr>
          <w:lang w:val="ru-RU"/>
        </w:rPr>
        <w:br/>
      </w:r>
      <w:r w:rsidRPr="00794AC5">
        <w:rPr>
          <w:lang w:val="ru-RU"/>
        </w:rPr>
        <w:tab/>
      </w: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>методологическое знание — знание общих закономерностей изучаемых явлений и процессов.</w:t>
      </w:r>
    </w:p>
    <w:p w:rsidR="00926326" w:rsidRPr="00794AC5" w:rsidRDefault="005F2855">
      <w:pPr>
        <w:tabs>
          <w:tab w:val="left" w:pos="180"/>
        </w:tabs>
        <w:autoSpaceDE w:val="0"/>
        <w:autoSpaceDN w:val="0"/>
        <w:spacing w:before="70" w:after="0" w:line="288" w:lineRule="auto"/>
        <w:ind w:right="144"/>
        <w:rPr>
          <w:lang w:val="ru-RU"/>
        </w:rPr>
      </w:pPr>
      <w:r w:rsidRPr="00794AC5">
        <w:rPr>
          <w:lang w:val="ru-RU"/>
        </w:rPr>
        <w:tab/>
      </w:r>
      <w:proofErr w:type="gramStart"/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 xml:space="preserve">Как и всякий общеобразовательный предмет, «Технология» отражает наиболее значимые аспекты действительности, которые состоят в следующем: </w:t>
      </w:r>
      <w:r w:rsidRPr="00794AC5">
        <w:rPr>
          <w:lang w:val="ru-RU"/>
        </w:rPr>
        <w:br/>
      </w:r>
      <w:r w:rsidRPr="00794AC5">
        <w:rPr>
          <w:lang w:val="ru-RU"/>
        </w:rPr>
        <w:tab/>
      </w:r>
      <w:proofErr w:type="spellStart"/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>технологизация</w:t>
      </w:r>
      <w:proofErr w:type="spellEnd"/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 xml:space="preserve"> всех сторон человеческой жизни и деятельности является столь масштабной, что интуитивных представлений о сущности и структуре технологического процесса явно недостаточно для успешной социализации учащихся — необходимо целенаправленное освоение всех этапов технологической цепочки и полного цикла решения поставленной задачи.</w:t>
      </w:r>
      <w:proofErr w:type="gramEnd"/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 xml:space="preserve"> При этом возможны следующие уровни освоения технологии: </w:t>
      </w:r>
      <w:r w:rsidRPr="00794AC5">
        <w:rPr>
          <w:lang w:val="ru-RU"/>
        </w:rPr>
        <w:br/>
      </w:r>
      <w:r w:rsidRPr="00794AC5">
        <w:rPr>
          <w:lang w:val="ru-RU"/>
        </w:rPr>
        <w:tab/>
      </w: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 xml:space="preserve">уровень представления; </w:t>
      </w:r>
      <w:r w:rsidRPr="00794AC5">
        <w:rPr>
          <w:lang w:val="ru-RU"/>
        </w:rPr>
        <w:br/>
      </w:r>
      <w:r w:rsidRPr="00794AC5">
        <w:rPr>
          <w:lang w:val="ru-RU"/>
        </w:rPr>
        <w:tab/>
      </w: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 xml:space="preserve">уровень пользователя; </w:t>
      </w:r>
      <w:r w:rsidRPr="00794AC5">
        <w:rPr>
          <w:lang w:val="ru-RU"/>
        </w:rPr>
        <w:br/>
      </w:r>
      <w:r w:rsidRPr="00794AC5">
        <w:rPr>
          <w:lang w:val="ru-RU"/>
        </w:rPr>
        <w:tab/>
      </w:r>
      <w:proofErr w:type="spellStart"/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>когнитивно</w:t>
      </w:r>
      <w:proofErr w:type="spellEnd"/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 xml:space="preserve">-продуктивный уровень (создание технологий); </w:t>
      </w:r>
      <w:r w:rsidRPr="00794AC5">
        <w:rPr>
          <w:lang w:val="ru-RU"/>
        </w:rPr>
        <w:br/>
      </w:r>
      <w:r w:rsidRPr="00794AC5">
        <w:rPr>
          <w:lang w:val="ru-RU"/>
        </w:rPr>
        <w:tab/>
      </w: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 xml:space="preserve">практически вся современная профессиональная деятельность, включая ручной труд, </w:t>
      </w:r>
      <w:r w:rsidRPr="00794AC5">
        <w:rPr>
          <w:lang w:val="ru-RU"/>
        </w:rPr>
        <w:br/>
      </w: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>осуществляется с применением информационных и цифровых технологий, формирование навыков</w:t>
      </w:r>
    </w:p>
    <w:p w:rsidR="00926326" w:rsidRPr="00794AC5" w:rsidRDefault="00926326">
      <w:pPr>
        <w:rPr>
          <w:lang w:val="ru-RU"/>
        </w:rPr>
        <w:sectPr w:rsidR="00926326" w:rsidRPr="00794AC5">
          <w:pgSz w:w="11900" w:h="16840"/>
          <w:pgMar w:top="286" w:right="652" w:bottom="438" w:left="666" w:header="720" w:footer="720" w:gutter="0"/>
          <w:cols w:space="720" w:equalWidth="0">
            <w:col w:w="10582" w:space="0"/>
          </w:cols>
          <w:docGrid w:linePitch="360"/>
        </w:sectPr>
      </w:pPr>
    </w:p>
    <w:p w:rsidR="00926326" w:rsidRPr="00794AC5" w:rsidRDefault="00926326">
      <w:pPr>
        <w:autoSpaceDE w:val="0"/>
        <w:autoSpaceDN w:val="0"/>
        <w:spacing w:after="66" w:line="220" w:lineRule="exact"/>
        <w:rPr>
          <w:lang w:val="ru-RU"/>
        </w:rPr>
      </w:pPr>
    </w:p>
    <w:p w:rsidR="00926326" w:rsidRPr="00794AC5" w:rsidRDefault="005F2855">
      <w:pPr>
        <w:tabs>
          <w:tab w:val="left" w:pos="180"/>
        </w:tabs>
        <w:autoSpaceDE w:val="0"/>
        <w:autoSpaceDN w:val="0"/>
        <w:spacing w:after="0" w:line="281" w:lineRule="auto"/>
        <w:ind w:right="288"/>
        <w:rPr>
          <w:lang w:val="ru-RU"/>
        </w:rPr>
      </w:pP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 xml:space="preserve">использования этих технологий при изготовлении изделий становится важной задачей в курсе технологии; </w:t>
      </w:r>
      <w:r w:rsidRPr="00794AC5">
        <w:rPr>
          <w:lang w:val="ru-RU"/>
        </w:rPr>
        <w:br/>
      </w:r>
      <w:r w:rsidRPr="00794AC5">
        <w:rPr>
          <w:lang w:val="ru-RU"/>
        </w:rPr>
        <w:tab/>
      </w: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 xml:space="preserve">появление феномена «больших данных» оказывает существенное и далеко не позитивное влияние на процесс познания, что говорит о необходимости освоения принципиально новых технологий </w:t>
      </w:r>
      <w:proofErr w:type="gramStart"/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>—и</w:t>
      </w:r>
      <w:proofErr w:type="gramEnd"/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>нформационно-когнитивных, нацеленных на освоение учащимися знаний, на развитии умения учиться.</w:t>
      </w:r>
    </w:p>
    <w:p w:rsidR="00926326" w:rsidRPr="00794AC5" w:rsidRDefault="005F2855">
      <w:pPr>
        <w:autoSpaceDE w:val="0"/>
        <w:autoSpaceDN w:val="0"/>
        <w:spacing w:before="262" w:after="0" w:line="230" w:lineRule="auto"/>
        <w:rPr>
          <w:lang w:val="ru-RU"/>
        </w:rPr>
      </w:pPr>
      <w:r w:rsidRPr="00794AC5">
        <w:rPr>
          <w:rFonts w:ascii="Times New Roman" w:eastAsia="Times New Roman" w:hAnsi="Times New Roman"/>
          <w:b/>
          <w:color w:val="000000"/>
          <w:sz w:val="24"/>
          <w:lang w:val="ru-RU"/>
        </w:rPr>
        <w:t>ОБЩАЯ ХАРАКТЕРИСТИКА УЧЕБНОГО ПРЕДМЕТА «ТЕХНОЛОГИЯ»</w:t>
      </w:r>
    </w:p>
    <w:p w:rsidR="00926326" w:rsidRPr="00794AC5" w:rsidRDefault="005F2855">
      <w:pPr>
        <w:autoSpaceDE w:val="0"/>
        <w:autoSpaceDN w:val="0"/>
        <w:spacing w:before="166" w:after="0" w:line="278" w:lineRule="auto"/>
        <w:ind w:right="432" w:firstLine="180"/>
        <w:rPr>
          <w:lang w:val="ru-RU"/>
        </w:rPr>
      </w:pP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 xml:space="preserve">Основной методический принцип современного курса «Технология»: освоение сущности и структуры технологии идёт неразрывно с освоением процесса познания — построения и анализа разнообразных моделей. Только в этом случае можно достичь </w:t>
      </w:r>
      <w:proofErr w:type="spellStart"/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>когнитивно</w:t>
      </w:r>
      <w:proofErr w:type="spellEnd"/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>-продуктивного уровня освоения технологий.</w:t>
      </w:r>
    </w:p>
    <w:p w:rsidR="00926326" w:rsidRPr="00794AC5" w:rsidRDefault="005F2855">
      <w:pPr>
        <w:autoSpaceDE w:val="0"/>
        <w:autoSpaceDN w:val="0"/>
        <w:spacing w:before="70" w:after="0" w:line="230" w:lineRule="auto"/>
        <w:ind w:left="180"/>
        <w:rPr>
          <w:lang w:val="ru-RU"/>
        </w:rPr>
      </w:pP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>Современный курс технологии построен по модульному принципу.</w:t>
      </w:r>
    </w:p>
    <w:p w:rsidR="00926326" w:rsidRPr="00794AC5" w:rsidRDefault="005F2855">
      <w:pPr>
        <w:autoSpaceDE w:val="0"/>
        <w:autoSpaceDN w:val="0"/>
        <w:spacing w:before="70" w:after="0"/>
        <w:ind w:right="288" w:firstLine="180"/>
        <w:rPr>
          <w:lang w:val="ru-RU"/>
        </w:rPr>
      </w:pP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>Модульность — ведущий методический принцип построения содержания современных учебных курсов. Она создаёт инструмент реализации в обучении индивидуальных образовательных траекторий, что является основополагающим принципом построения общеобразовательного курса технологии.</w:t>
      </w:r>
    </w:p>
    <w:p w:rsidR="00926326" w:rsidRPr="00794AC5" w:rsidRDefault="005F2855">
      <w:pPr>
        <w:tabs>
          <w:tab w:val="left" w:pos="180"/>
        </w:tabs>
        <w:autoSpaceDE w:val="0"/>
        <w:autoSpaceDN w:val="0"/>
        <w:spacing w:before="190" w:after="0" w:line="286" w:lineRule="auto"/>
        <w:rPr>
          <w:lang w:val="ru-RU"/>
        </w:rPr>
      </w:pPr>
      <w:r w:rsidRPr="00794AC5">
        <w:rPr>
          <w:lang w:val="ru-RU"/>
        </w:rPr>
        <w:tab/>
      </w:r>
      <w:r w:rsidRPr="00794AC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Модуль «Производство и технология»</w:t>
      </w:r>
      <w:r w:rsidRPr="00794AC5">
        <w:rPr>
          <w:lang w:val="ru-RU"/>
        </w:rPr>
        <w:br/>
      </w:r>
      <w:r w:rsidRPr="00794AC5">
        <w:rPr>
          <w:lang w:val="ru-RU"/>
        </w:rPr>
        <w:tab/>
      </w: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 xml:space="preserve">В модуле в явном виде содержится сформулированный выше методический принцип и подходы к его реализации в различных сферах. Освоение содержания данного модуля </w:t>
      </w:r>
      <w:proofErr w:type="spellStart"/>
      <w:proofErr w:type="gramStart"/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>осуществ</w:t>
      </w:r>
      <w:proofErr w:type="spellEnd"/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>​</w:t>
      </w:r>
      <w:proofErr w:type="spellStart"/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>ляется</w:t>
      </w:r>
      <w:proofErr w:type="spellEnd"/>
      <w:proofErr w:type="gramEnd"/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 xml:space="preserve"> на протяжении всего курса «Технология» с 5 по 9 класс. Содержание модуля построено по</w:t>
      </w:r>
      <w:r w:rsidRPr="00794AC5">
        <w:rPr>
          <w:lang w:val="ru-RU"/>
        </w:rPr>
        <w:br/>
      </w: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 xml:space="preserve">«восходящему» принципу: от умений реализации имеющихся технологий к их оценке и </w:t>
      </w:r>
      <w:r w:rsidRPr="00794AC5">
        <w:rPr>
          <w:lang w:val="ru-RU"/>
        </w:rPr>
        <w:br/>
      </w: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>совершенствованию, а от них — к знаниям и умениям, позволяющим создавать технологии. Освоение технологического подхода осуществляется в диалектике с творческими методами создания значимых для человека продуктов.</w:t>
      </w:r>
    </w:p>
    <w:p w:rsidR="00926326" w:rsidRPr="00794AC5" w:rsidRDefault="005F2855">
      <w:pPr>
        <w:autoSpaceDE w:val="0"/>
        <w:autoSpaceDN w:val="0"/>
        <w:spacing w:before="70" w:after="0" w:line="281" w:lineRule="auto"/>
        <w:ind w:right="144" w:firstLine="180"/>
        <w:rPr>
          <w:lang w:val="ru-RU"/>
        </w:rPr>
      </w:pP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 xml:space="preserve">Особенностью современной </w:t>
      </w:r>
      <w:proofErr w:type="spellStart"/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>техносферы</w:t>
      </w:r>
      <w:proofErr w:type="spellEnd"/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 xml:space="preserve"> является распространение технологического подхода на когнитивную область. Объектом технологий становятся фундаментальные составляющие цифрового социума: данные, информация, знание. Трансформация данных в информацию и информации в знание в условиях появления феномена «больших данных» является одной из значимых и </w:t>
      </w:r>
      <w:r w:rsidRPr="00794AC5">
        <w:rPr>
          <w:lang w:val="ru-RU"/>
        </w:rPr>
        <w:br/>
      </w: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>востребованных в профессиональной сфере технологий 4-й промышленной революции.</w:t>
      </w:r>
    </w:p>
    <w:p w:rsidR="00926326" w:rsidRPr="00794AC5" w:rsidRDefault="005F2855">
      <w:pPr>
        <w:tabs>
          <w:tab w:val="left" w:pos="180"/>
        </w:tabs>
        <w:autoSpaceDE w:val="0"/>
        <w:autoSpaceDN w:val="0"/>
        <w:spacing w:before="190" w:after="0" w:line="286" w:lineRule="auto"/>
        <w:rPr>
          <w:lang w:val="ru-RU"/>
        </w:rPr>
      </w:pPr>
      <w:r w:rsidRPr="00794AC5">
        <w:rPr>
          <w:lang w:val="ru-RU"/>
        </w:rPr>
        <w:tab/>
      </w:r>
      <w:r w:rsidRPr="00794AC5">
        <w:rPr>
          <w:rFonts w:ascii="Times New Roman" w:eastAsia="Times New Roman" w:hAnsi="Times New Roman"/>
          <w:b/>
          <w:i/>
          <w:color w:val="000000"/>
          <w:sz w:val="24"/>
          <w:lang w:val="ru-RU"/>
        </w:rPr>
        <w:t>Модуль «Технологии обработки материалов и пищевых продуктов»</w:t>
      </w:r>
      <w:r w:rsidRPr="00794AC5">
        <w:rPr>
          <w:lang w:val="ru-RU"/>
        </w:rPr>
        <w:br/>
      </w:r>
      <w:r w:rsidRPr="00794AC5">
        <w:rPr>
          <w:lang w:val="ru-RU"/>
        </w:rPr>
        <w:tab/>
      </w: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 xml:space="preserve">В данном модуле на конкретных примерах показана реализация общих положений, </w:t>
      </w:r>
      <w:r w:rsidRPr="00794AC5">
        <w:rPr>
          <w:lang w:val="ru-RU"/>
        </w:rPr>
        <w:br/>
      </w: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>сформулированных в модуле «Производство и технологии». Освоение технологии ведётся по единой схеме, которая реализуется во всех без исключения модулях. Разумеется, в каждом конкретном случае возможны отклонения от названной схемы. Однако эти отклонения только усиливают общую идею об универсальном характере технологического подхода. Основная цель данного модуля: освоить умения реализации уже имеющихся технологий. Значительное внимание уделяется технологиям создания уникальных изделий народного творчества.</w:t>
      </w:r>
    </w:p>
    <w:p w:rsidR="00926326" w:rsidRPr="00794AC5" w:rsidRDefault="005F2855">
      <w:pPr>
        <w:autoSpaceDE w:val="0"/>
        <w:autoSpaceDN w:val="0"/>
        <w:spacing w:before="262" w:after="0" w:line="230" w:lineRule="auto"/>
        <w:rPr>
          <w:lang w:val="ru-RU"/>
        </w:rPr>
      </w:pPr>
      <w:r w:rsidRPr="00794AC5">
        <w:rPr>
          <w:rFonts w:ascii="Times New Roman" w:eastAsia="Times New Roman" w:hAnsi="Times New Roman"/>
          <w:b/>
          <w:color w:val="000000"/>
          <w:sz w:val="24"/>
          <w:lang w:val="ru-RU"/>
        </w:rPr>
        <w:t>МЕСТО УЧЕБНОГО ПРЕДМЕТА «ТЕХНОЛОГИЯ» В УЧЕБНОМ ПЛАНЕ.</w:t>
      </w:r>
    </w:p>
    <w:p w:rsidR="00926326" w:rsidRPr="00794AC5" w:rsidRDefault="005F2855">
      <w:pPr>
        <w:autoSpaceDE w:val="0"/>
        <w:autoSpaceDN w:val="0"/>
        <w:spacing w:before="166" w:after="0" w:line="262" w:lineRule="auto"/>
        <w:ind w:right="288"/>
        <w:rPr>
          <w:lang w:val="ru-RU"/>
        </w:rPr>
      </w:pP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>Учебный предмет "Технология" изучается в 5 классе два часа в неделе, общий объем составляет 68 часов.</w:t>
      </w:r>
    </w:p>
    <w:p w:rsidR="00926326" w:rsidRPr="00794AC5" w:rsidRDefault="00926326">
      <w:pPr>
        <w:rPr>
          <w:lang w:val="ru-RU"/>
        </w:rPr>
        <w:sectPr w:rsidR="00926326" w:rsidRPr="00794AC5">
          <w:pgSz w:w="11900" w:h="16840"/>
          <w:pgMar w:top="286" w:right="658" w:bottom="1038" w:left="666" w:header="720" w:footer="720" w:gutter="0"/>
          <w:cols w:space="720" w:equalWidth="0">
            <w:col w:w="10576" w:space="0"/>
          </w:cols>
          <w:docGrid w:linePitch="360"/>
        </w:sectPr>
      </w:pPr>
    </w:p>
    <w:p w:rsidR="00926326" w:rsidRPr="00794AC5" w:rsidRDefault="00926326">
      <w:pPr>
        <w:autoSpaceDE w:val="0"/>
        <w:autoSpaceDN w:val="0"/>
        <w:spacing w:after="78" w:line="220" w:lineRule="exact"/>
        <w:rPr>
          <w:lang w:val="ru-RU"/>
        </w:rPr>
      </w:pPr>
    </w:p>
    <w:p w:rsidR="00926326" w:rsidRPr="00794AC5" w:rsidRDefault="005F2855">
      <w:pPr>
        <w:autoSpaceDE w:val="0"/>
        <w:autoSpaceDN w:val="0"/>
        <w:spacing w:after="0" w:line="230" w:lineRule="auto"/>
        <w:rPr>
          <w:lang w:val="ru-RU"/>
        </w:rPr>
      </w:pPr>
      <w:r w:rsidRPr="00794AC5">
        <w:rPr>
          <w:rFonts w:ascii="Times New Roman" w:eastAsia="Times New Roman" w:hAnsi="Times New Roman"/>
          <w:b/>
          <w:color w:val="000000"/>
          <w:sz w:val="24"/>
          <w:lang w:val="ru-RU"/>
        </w:rPr>
        <w:t xml:space="preserve">СОДЕРЖАНИЕ УЧЕБНОГО ПРЕДМЕТА </w:t>
      </w:r>
    </w:p>
    <w:p w:rsidR="00926326" w:rsidRPr="00794AC5" w:rsidRDefault="005F2855">
      <w:pPr>
        <w:autoSpaceDE w:val="0"/>
        <w:autoSpaceDN w:val="0"/>
        <w:spacing w:before="346" w:after="0" w:line="230" w:lineRule="auto"/>
        <w:ind w:left="180"/>
        <w:rPr>
          <w:lang w:val="ru-RU"/>
        </w:rPr>
      </w:pPr>
      <w:r w:rsidRPr="00794AC5">
        <w:rPr>
          <w:rFonts w:ascii="Times New Roman" w:eastAsia="Times New Roman" w:hAnsi="Times New Roman"/>
          <w:b/>
          <w:color w:val="000000"/>
          <w:sz w:val="24"/>
          <w:lang w:val="ru-RU"/>
        </w:rPr>
        <w:t>ИНВАРИАНТНЫЕ МОДУЛИ</w:t>
      </w:r>
    </w:p>
    <w:p w:rsidR="00926326" w:rsidRPr="00794AC5" w:rsidRDefault="005F2855">
      <w:pPr>
        <w:autoSpaceDE w:val="0"/>
        <w:autoSpaceDN w:val="0"/>
        <w:spacing w:before="190" w:after="0" w:line="262" w:lineRule="auto"/>
        <w:ind w:left="180" w:right="4608"/>
        <w:rPr>
          <w:lang w:val="ru-RU"/>
        </w:rPr>
      </w:pPr>
      <w:r w:rsidRPr="00794AC5">
        <w:rPr>
          <w:rFonts w:ascii="Times New Roman" w:eastAsia="Times New Roman" w:hAnsi="Times New Roman"/>
          <w:b/>
          <w:color w:val="000000"/>
          <w:sz w:val="24"/>
          <w:lang w:val="ru-RU"/>
        </w:rPr>
        <w:t>Модуль «Производство и технология»</w:t>
      </w:r>
      <w:r w:rsidRPr="00794AC5">
        <w:rPr>
          <w:lang w:val="ru-RU"/>
        </w:rPr>
        <w:br/>
      </w:r>
      <w:r w:rsidRPr="00794AC5">
        <w:rPr>
          <w:rFonts w:ascii="Times New Roman" w:eastAsia="Times New Roman" w:hAnsi="Times New Roman"/>
          <w:b/>
          <w:color w:val="000000"/>
          <w:sz w:val="24"/>
          <w:lang w:val="ru-RU"/>
        </w:rPr>
        <w:t>Раздел. Преобразовательная деятельность человека.</w:t>
      </w:r>
    </w:p>
    <w:p w:rsidR="00926326" w:rsidRPr="00794AC5" w:rsidRDefault="005F2855">
      <w:pPr>
        <w:tabs>
          <w:tab w:val="left" w:pos="180"/>
        </w:tabs>
        <w:autoSpaceDE w:val="0"/>
        <w:autoSpaceDN w:val="0"/>
        <w:spacing w:before="70" w:after="0" w:line="262" w:lineRule="auto"/>
        <w:ind w:right="288"/>
        <w:rPr>
          <w:lang w:val="ru-RU"/>
        </w:rPr>
      </w:pPr>
      <w:r w:rsidRPr="00794AC5">
        <w:rPr>
          <w:lang w:val="ru-RU"/>
        </w:rPr>
        <w:tab/>
      </w: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>Технологии вокруг нас. Алгоритмы и начала технологии. Возможность формального исполнения алгоритма. Робот как исполнитель алгоритма. Робот как механизм.</w:t>
      </w:r>
    </w:p>
    <w:p w:rsidR="00926326" w:rsidRPr="00794AC5" w:rsidRDefault="005F2855">
      <w:pPr>
        <w:autoSpaceDE w:val="0"/>
        <w:autoSpaceDN w:val="0"/>
        <w:spacing w:before="70" w:after="0" w:line="230" w:lineRule="auto"/>
        <w:ind w:left="180"/>
        <w:rPr>
          <w:lang w:val="ru-RU"/>
        </w:rPr>
      </w:pPr>
      <w:r w:rsidRPr="00794AC5">
        <w:rPr>
          <w:rFonts w:ascii="Times New Roman" w:eastAsia="Times New Roman" w:hAnsi="Times New Roman"/>
          <w:b/>
          <w:color w:val="000000"/>
          <w:sz w:val="24"/>
          <w:lang w:val="ru-RU"/>
        </w:rPr>
        <w:t>Раздел. Простейшие машины и механизмы.</w:t>
      </w:r>
    </w:p>
    <w:p w:rsidR="00926326" w:rsidRPr="00794AC5" w:rsidRDefault="005F2855">
      <w:pPr>
        <w:tabs>
          <w:tab w:val="left" w:pos="180"/>
        </w:tabs>
        <w:autoSpaceDE w:val="0"/>
        <w:autoSpaceDN w:val="0"/>
        <w:spacing w:before="70" w:after="0" w:line="262" w:lineRule="auto"/>
        <w:ind w:right="1296"/>
        <w:rPr>
          <w:lang w:val="ru-RU"/>
        </w:rPr>
      </w:pPr>
      <w:r w:rsidRPr="00794AC5">
        <w:rPr>
          <w:lang w:val="ru-RU"/>
        </w:rPr>
        <w:tab/>
      </w: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>Двигатели машин. Виды двигателей. Передаточные механизмы. Виды и характеристики передаточных механизмов.</w:t>
      </w:r>
    </w:p>
    <w:p w:rsidR="00926326" w:rsidRPr="00794AC5" w:rsidRDefault="005F2855">
      <w:pPr>
        <w:tabs>
          <w:tab w:val="left" w:pos="180"/>
        </w:tabs>
        <w:autoSpaceDE w:val="0"/>
        <w:autoSpaceDN w:val="0"/>
        <w:spacing w:before="72" w:after="0" w:line="262" w:lineRule="auto"/>
        <w:ind w:right="1008"/>
        <w:rPr>
          <w:lang w:val="ru-RU"/>
        </w:rPr>
      </w:pPr>
      <w:r w:rsidRPr="00794AC5">
        <w:rPr>
          <w:lang w:val="ru-RU"/>
        </w:rPr>
        <w:tab/>
      </w: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>Механические передачи. Обратная связь. Механические конструкторы. Робототехнические конструкторы. Простые механические модели. Простые управляемые модели.</w:t>
      </w:r>
    </w:p>
    <w:p w:rsidR="00926326" w:rsidRPr="00794AC5" w:rsidRDefault="005F2855">
      <w:pPr>
        <w:autoSpaceDE w:val="0"/>
        <w:autoSpaceDN w:val="0"/>
        <w:spacing w:before="190" w:after="0" w:line="262" w:lineRule="auto"/>
        <w:ind w:left="180" w:right="2880"/>
        <w:rPr>
          <w:lang w:val="ru-RU"/>
        </w:rPr>
      </w:pPr>
      <w:r w:rsidRPr="00794AC5">
        <w:rPr>
          <w:rFonts w:ascii="Times New Roman" w:eastAsia="Times New Roman" w:hAnsi="Times New Roman"/>
          <w:b/>
          <w:color w:val="000000"/>
          <w:sz w:val="24"/>
          <w:lang w:val="ru-RU"/>
        </w:rPr>
        <w:t xml:space="preserve">Модуль «Технология обработки материалов и пищевых </w:t>
      </w:r>
      <w:proofErr w:type="spellStart"/>
      <w:r w:rsidRPr="00794AC5">
        <w:rPr>
          <w:rFonts w:ascii="Times New Roman" w:eastAsia="Times New Roman" w:hAnsi="Times New Roman"/>
          <w:b/>
          <w:color w:val="000000"/>
          <w:sz w:val="24"/>
          <w:lang w:val="ru-RU"/>
        </w:rPr>
        <w:t>продуктов</w:t>
      </w:r>
      <w:proofErr w:type="gramStart"/>
      <w:r w:rsidRPr="00794AC5">
        <w:rPr>
          <w:rFonts w:ascii="Times New Roman" w:eastAsia="Times New Roman" w:hAnsi="Times New Roman"/>
          <w:b/>
          <w:color w:val="000000"/>
          <w:sz w:val="24"/>
          <w:lang w:val="ru-RU"/>
        </w:rPr>
        <w:t>»Р</w:t>
      </w:r>
      <w:proofErr w:type="gramEnd"/>
      <w:r w:rsidRPr="00794AC5">
        <w:rPr>
          <w:rFonts w:ascii="Times New Roman" w:eastAsia="Times New Roman" w:hAnsi="Times New Roman"/>
          <w:b/>
          <w:color w:val="000000"/>
          <w:sz w:val="24"/>
          <w:lang w:val="ru-RU"/>
        </w:rPr>
        <w:t>аздел</w:t>
      </w:r>
      <w:proofErr w:type="spellEnd"/>
      <w:r w:rsidRPr="00794AC5">
        <w:rPr>
          <w:rFonts w:ascii="Times New Roman" w:eastAsia="Times New Roman" w:hAnsi="Times New Roman"/>
          <w:b/>
          <w:color w:val="000000"/>
          <w:sz w:val="24"/>
          <w:lang w:val="ru-RU"/>
        </w:rPr>
        <w:t>. Структура технологии: от материала к изделию.</w:t>
      </w:r>
    </w:p>
    <w:p w:rsidR="00926326" w:rsidRPr="00794AC5" w:rsidRDefault="005F2855">
      <w:pPr>
        <w:autoSpaceDE w:val="0"/>
        <w:autoSpaceDN w:val="0"/>
        <w:spacing w:before="70" w:after="0" w:line="230" w:lineRule="auto"/>
        <w:ind w:left="180"/>
        <w:rPr>
          <w:lang w:val="ru-RU"/>
        </w:rPr>
      </w:pP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>Основные элементы структуры технологии: действия, операции, этапы. Технологическая карта.</w:t>
      </w:r>
    </w:p>
    <w:p w:rsidR="00926326" w:rsidRPr="00794AC5" w:rsidRDefault="005F2855">
      <w:pPr>
        <w:tabs>
          <w:tab w:val="left" w:pos="180"/>
        </w:tabs>
        <w:autoSpaceDE w:val="0"/>
        <w:autoSpaceDN w:val="0"/>
        <w:spacing w:before="70" w:after="0" w:line="262" w:lineRule="auto"/>
        <w:ind w:right="864"/>
        <w:rPr>
          <w:lang w:val="ru-RU"/>
        </w:rPr>
      </w:pPr>
      <w:r w:rsidRPr="00794AC5">
        <w:rPr>
          <w:lang w:val="ru-RU"/>
        </w:rPr>
        <w:tab/>
      </w: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>Проектирование, моделирование, конструирование — основные составляющие технологии. Технологии и алгоритмы.</w:t>
      </w:r>
    </w:p>
    <w:p w:rsidR="00926326" w:rsidRPr="00794AC5" w:rsidRDefault="005F2855">
      <w:pPr>
        <w:autoSpaceDE w:val="0"/>
        <w:autoSpaceDN w:val="0"/>
        <w:spacing w:before="70" w:after="0" w:line="230" w:lineRule="auto"/>
        <w:ind w:left="180"/>
        <w:rPr>
          <w:lang w:val="ru-RU"/>
        </w:rPr>
      </w:pPr>
      <w:r w:rsidRPr="00794AC5">
        <w:rPr>
          <w:rFonts w:ascii="Times New Roman" w:eastAsia="Times New Roman" w:hAnsi="Times New Roman"/>
          <w:b/>
          <w:color w:val="000000"/>
          <w:sz w:val="24"/>
          <w:lang w:val="ru-RU"/>
        </w:rPr>
        <w:t>Раздел. Материалы и их свойства.</w:t>
      </w:r>
    </w:p>
    <w:p w:rsidR="00926326" w:rsidRPr="00794AC5" w:rsidRDefault="005F2855">
      <w:pPr>
        <w:autoSpaceDE w:val="0"/>
        <w:autoSpaceDN w:val="0"/>
        <w:spacing w:before="70" w:after="0" w:line="271" w:lineRule="auto"/>
        <w:ind w:firstLine="180"/>
        <w:rPr>
          <w:lang w:val="ru-RU"/>
        </w:rPr>
      </w:pP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>Сырьё и материалы как основы производства. Натуральное, искусственное, синтетическое сырьё и материалы. Конструкционные материалы. Физические и технологические свойства конструкционных материалов.</w:t>
      </w:r>
    </w:p>
    <w:p w:rsidR="00926326" w:rsidRPr="00794AC5" w:rsidRDefault="005F2855">
      <w:pPr>
        <w:autoSpaceDE w:val="0"/>
        <w:autoSpaceDN w:val="0"/>
        <w:spacing w:before="70" w:after="0" w:line="230" w:lineRule="auto"/>
        <w:ind w:left="180"/>
        <w:rPr>
          <w:lang w:val="ru-RU"/>
        </w:rPr>
      </w:pP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>Бумага и её свойства. Различные изделия из бумаги. Потребность человека в бумаге.</w:t>
      </w:r>
    </w:p>
    <w:p w:rsidR="00926326" w:rsidRPr="00794AC5" w:rsidRDefault="005F2855">
      <w:pPr>
        <w:autoSpaceDE w:val="0"/>
        <w:autoSpaceDN w:val="0"/>
        <w:spacing w:before="70" w:after="0" w:line="230" w:lineRule="auto"/>
        <w:ind w:left="180"/>
        <w:rPr>
          <w:lang w:val="ru-RU"/>
        </w:rPr>
      </w:pP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>Ткань и её свойства. Изделия из ткани. Виды тканей.</w:t>
      </w:r>
    </w:p>
    <w:p w:rsidR="00926326" w:rsidRPr="00794AC5" w:rsidRDefault="005F2855">
      <w:pPr>
        <w:autoSpaceDE w:val="0"/>
        <w:autoSpaceDN w:val="0"/>
        <w:spacing w:before="70" w:after="0" w:line="230" w:lineRule="auto"/>
        <w:ind w:left="180"/>
        <w:rPr>
          <w:lang w:val="ru-RU"/>
        </w:rPr>
      </w:pP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>Древесина и её свойства. Древесные материалы и их применение. Изделия из древесины.</w:t>
      </w:r>
    </w:p>
    <w:p w:rsidR="00926326" w:rsidRPr="00794AC5" w:rsidRDefault="005F2855">
      <w:pPr>
        <w:autoSpaceDE w:val="0"/>
        <w:autoSpaceDN w:val="0"/>
        <w:spacing w:before="70" w:after="0" w:line="230" w:lineRule="auto"/>
        <w:rPr>
          <w:lang w:val="ru-RU"/>
        </w:rPr>
      </w:pP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>Потребность человечества в древесине. Сохранение лесов.</w:t>
      </w:r>
    </w:p>
    <w:p w:rsidR="00926326" w:rsidRPr="00794AC5" w:rsidRDefault="005F2855">
      <w:pPr>
        <w:tabs>
          <w:tab w:val="left" w:pos="180"/>
        </w:tabs>
        <w:autoSpaceDE w:val="0"/>
        <w:autoSpaceDN w:val="0"/>
        <w:spacing w:before="70" w:after="0" w:line="262" w:lineRule="auto"/>
        <w:ind w:right="864"/>
        <w:rPr>
          <w:lang w:val="ru-RU"/>
        </w:rPr>
      </w:pPr>
      <w:r w:rsidRPr="00794AC5">
        <w:rPr>
          <w:lang w:val="ru-RU"/>
        </w:rPr>
        <w:tab/>
      </w: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>Металлы и их свойства. Металлические части машин и механизмов. Тонколистовая сталь и проволока.</w:t>
      </w:r>
    </w:p>
    <w:p w:rsidR="00926326" w:rsidRPr="00794AC5" w:rsidRDefault="005F2855">
      <w:pPr>
        <w:autoSpaceDE w:val="0"/>
        <w:autoSpaceDN w:val="0"/>
        <w:spacing w:before="70" w:after="0" w:line="230" w:lineRule="auto"/>
        <w:ind w:left="180"/>
        <w:rPr>
          <w:lang w:val="ru-RU"/>
        </w:rPr>
      </w:pP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>Пластические массы (пластмассы) и их свойства. Работа с пластмассами.</w:t>
      </w:r>
    </w:p>
    <w:p w:rsidR="00926326" w:rsidRPr="00794AC5" w:rsidRDefault="005F2855">
      <w:pPr>
        <w:tabs>
          <w:tab w:val="left" w:pos="180"/>
        </w:tabs>
        <w:autoSpaceDE w:val="0"/>
        <w:autoSpaceDN w:val="0"/>
        <w:spacing w:before="70" w:after="0" w:line="262" w:lineRule="auto"/>
        <w:ind w:right="1008"/>
        <w:rPr>
          <w:lang w:val="ru-RU"/>
        </w:rPr>
      </w:pPr>
      <w:r w:rsidRPr="00794AC5">
        <w:rPr>
          <w:lang w:val="ru-RU"/>
        </w:rPr>
        <w:tab/>
      </w:r>
      <w:proofErr w:type="spellStart"/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>Наноструктуры</w:t>
      </w:r>
      <w:proofErr w:type="spellEnd"/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 xml:space="preserve"> и их использование в различных технологиях. Природные и синтетические </w:t>
      </w:r>
      <w:proofErr w:type="spellStart"/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>наноструктуры</w:t>
      </w:r>
      <w:proofErr w:type="spellEnd"/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>.</w:t>
      </w:r>
    </w:p>
    <w:p w:rsidR="00926326" w:rsidRPr="00794AC5" w:rsidRDefault="005F2855">
      <w:pPr>
        <w:tabs>
          <w:tab w:val="left" w:pos="180"/>
        </w:tabs>
        <w:autoSpaceDE w:val="0"/>
        <w:autoSpaceDN w:val="0"/>
        <w:spacing w:before="72" w:after="0" w:line="262" w:lineRule="auto"/>
        <w:ind w:right="288"/>
        <w:rPr>
          <w:lang w:val="ru-RU"/>
        </w:rPr>
      </w:pPr>
      <w:r w:rsidRPr="00794AC5">
        <w:rPr>
          <w:lang w:val="ru-RU"/>
        </w:rPr>
        <w:tab/>
      </w: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 xml:space="preserve">Композиты и </w:t>
      </w:r>
      <w:proofErr w:type="spellStart"/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>нанокомпозиты</w:t>
      </w:r>
      <w:proofErr w:type="spellEnd"/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>, их применение. Умные материалы и их применение. Аллотропные соединения углерода.</w:t>
      </w:r>
    </w:p>
    <w:p w:rsidR="00926326" w:rsidRPr="00794AC5" w:rsidRDefault="005F2855">
      <w:pPr>
        <w:autoSpaceDE w:val="0"/>
        <w:autoSpaceDN w:val="0"/>
        <w:spacing w:before="72" w:after="0" w:line="230" w:lineRule="auto"/>
        <w:ind w:left="180"/>
        <w:rPr>
          <w:lang w:val="ru-RU"/>
        </w:rPr>
      </w:pPr>
      <w:r w:rsidRPr="00794AC5">
        <w:rPr>
          <w:rFonts w:ascii="Times New Roman" w:eastAsia="Times New Roman" w:hAnsi="Times New Roman"/>
          <w:b/>
          <w:color w:val="000000"/>
          <w:sz w:val="24"/>
          <w:lang w:val="ru-RU"/>
        </w:rPr>
        <w:t>Раздел. Основные ручные инструменты.</w:t>
      </w:r>
    </w:p>
    <w:p w:rsidR="00926326" w:rsidRPr="00794AC5" w:rsidRDefault="005F2855">
      <w:pPr>
        <w:tabs>
          <w:tab w:val="left" w:pos="180"/>
        </w:tabs>
        <w:autoSpaceDE w:val="0"/>
        <w:autoSpaceDN w:val="0"/>
        <w:spacing w:before="70" w:after="0" w:line="262" w:lineRule="auto"/>
        <w:rPr>
          <w:lang w:val="ru-RU"/>
        </w:rPr>
      </w:pPr>
      <w:r w:rsidRPr="00794AC5">
        <w:rPr>
          <w:lang w:val="ru-RU"/>
        </w:rPr>
        <w:tab/>
      </w: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>Инструменты для работы с бумагой. Инструменты для работы с тканью. Инструменты для работы с древесиной. Инструменты для работы с металлом.</w:t>
      </w:r>
    </w:p>
    <w:p w:rsidR="00926326" w:rsidRPr="00794AC5" w:rsidRDefault="005F2855">
      <w:pPr>
        <w:autoSpaceDE w:val="0"/>
        <w:autoSpaceDN w:val="0"/>
        <w:spacing w:before="70" w:after="0" w:line="230" w:lineRule="auto"/>
        <w:ind w:left="180"/>
        <w:rPr>
          <w:lang w:val="ru-RU"/>
        </w:rPr>
      </w:pP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>Компьютерные инструменты.</w:t>
      </w:r>
    </w:p>
    <w:p w:rsidR="00926326" w:rsidRPr="00794AC5" w:rsidRDefault="005F2855">
      <w:pPr>
        <w:autoSpaceDE w:val="0"/>
        <w:autoSpaceDN w:val="0"/>
        <w:spacing w:before="70" w:after="0" w:line="230" w:lineRule="auto"/>
        <w:ind w:left="180"/>
        <w:rPr>
          <w:lang w:val="ru-RU"/>
        </w:rPr>
      </w:pPr>
      <w:r w:rsidRPr="00794AC5">
        <w:rPr>
          <w:rFonts w:ascii="Times New Roman" w:eastAsia="Times New Roman" w:hAnsi="Times New Roman"/>
          <w:b/>
          <w:color w:val="000000"/>
          <w:sz w:val="24"/>
          <w:lang w:val="ru-RU"/>
        </w:rPr>
        <w:t>Раздел. Трудовые действия как основные слагаемые технологии.</w:t>
      </w:r>
    </w:p>
    <w:p w:rsidR="00926326" w:rsidRPr="00794AC5" w:rsidRDefault="005F2855">
      <w:pPr>
        <w:autoSpaceDE w:val="0"/>
        <w:autoSpaceDN w:val="0"/>
        <w:spacing w:before="70" w:after="0" w:line="230" w:lineRule="auto"/>
        <w:ind w:left="180"/>
        <w:rPr>
          <w:lang w:val="ru-RU"/>
        </w:rPr>
      </w:pP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>Измерение и счёт как универсальные трудовые действия. Точность и погрешность измерений.</w:t>
      </w:r>
    </w:p>
    <w:p w:rsidR="00926326" w:rsidRPr="00794AC5" w:rsidRDefault="005F2855">
      <w:pPr>
        <w:autoSpaceDE w:val="0"/>
        <w:autoSpaceDN w:val="0"/>
        <w:spacing w:before="70" w:after="0" w:line="262" w:lineRule="auto"/>
        <w:ind w:right="288"/>
        <w:rPr>
          <w:lang w:val="ru-RU"/>
        </w:rPr>
      </w:pP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>Действия при работе с бумагой. Действия при работе с тканью. Действия при работе с древесиной. Действия при работе с тонколистовым металлом. Приготовление пищи.</w:t>
      </w:r>
    </w:p>
    <w:p w:rsidR="00926326" w:rsidRPr="00794AC5" w:rsidRDefault="005F2855">
      <w:pPr>
        <w:autoSpaceDE w:val="0"/>
        <w:autoSpaceDN w:val="0"/>
        <w:spacing w:before="70" w:after="0" w:line="230" w:lineRule="auto"/>
        <w:ind w:left="180"/>
        <w:rPr>
          <w:lang w:val="ru-RU"/>
        </w:rPr>
      </w:pP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>Общность и различие действий с различными материалами и пищевыми продуктами.</w:t>
      </w:r>
    </w:p>
    <w:p w:rsidR="00926326" w:rsidRPr="00794AC5" w:rsidRDefault="00926326">
      <w:pPr>
        <w:rPr>
          <w:lang w:val="ru-RU"/>
        </w:rPr>
        <w:sectPr w:rsidR="00926326" w:rsidRPr="00794AC5">
          <w:pgSz w:w="11900" w:h="16840"/>
          <w:pgMar w:top="298" w:right="650" w:bottom="1178" w:left="666" w:header="720" w:footer="720" w:gutter="0"/>
          <w:cols w:space="720" w:equalWidth="0">
            <w:col w:w="10584" w:space="0"/>
          </w:cols>
          <w:docGrid w:linePitch="360"/>
        </w:sectPr>
      </w:pPr>
    </w:p>
    <w:p w:rsidR="00926326" w:rsidRPr="00794AC5" w:rsidRDefault="00926326">
      <w:pPr>
        <w:autoSpaceDE w:val="0"/>
        <w:autoSpaceDN w:val="0"/>
        <w:spacing w:after="78" w:line="220" w:lineRule="exact"/>
        <w:rPr>
          <w:lang w:val="ru-RU"/>
        </w:rPr>
      </w:pPr>
    </w:p>
    <w:p w:rsidR="00926326" w:rsidRPr="00794AC5" w:rsidRDefault="005F2855">
      <w:pPr>
        <w:autoSpaceDE w:val="0"/>
        <w:autoSpaceDN w:val="0"/>
        <w:spacing w:after="0" w:line="230" w:lineRule="auto"/>
        <w:rPr>
          <w:lang w:val="ru-RU"/>
        </w:rPr>
      </w:pPr>
      <w:r w:rsidRPr="00794AC5">
        <w:rPr>
          <w:rFonts w:ascii="Times New Roman" w:eastAsia="Times New Roman" w:hAnsi="Times New Roman"/>
          <w:b/>
          <w:color w:val="000000"/>
          <w:sz w:val="24"/>
          <w:lang w:val="ru-RU"/>
        </w:rPr>
        <w:t>ПЛАНИРУЕМЫЕ ОБРАЗОВАТЕЛЬНЫЕ РЕЗУЛЬТАТЫ</w:t>
      </w:r>
    </w:p>
    <w:p w:rsidR="00926326" w:rsidRPr="00794AC5" w:rsidRDefault="005F2855">
      <w:pPr>
        <w:autoSpaceDE w:val="0"/>
        <w:autoSpaceDN w:val="0"/>
        <w:spacing w:before="346" w:after="0" w:line="230" w:lineRule="auto"/>
        <w:rPr>
          <w:lang w:val="ru-RU"/>
        </w:rPr>
      </w:pPr>
      <w:r w:rsidRPr="00794AC5">
        <w:rPr>
          <w:rFonts w:ascii="Times New Roman" w:eastAsia="Times New Roman" w:hAnsi="Times New Roman"/>
          <w:b/>
          <w:color w:val="000000"/>
          <w:sz w:val="24"/>
          <w:lang w:val="ru-RU"/>
        </w:rPr>
        <w:t>ЛИЧНОСТНЫЕ РЕЗУЛЬТАТЫ</w:t>
      </w:r>
    </w:p>
    <w:p w:rsidR="00926326" w:rsidRPr="00794AC5" w:rsidRDefault="005F2855">
      <w:pPr>
        <w:autoSpaceDE w:val="0"/>
        <w:autoSpaceDN w:val="0"/>
        <w:spacing w:before="166" w:after="0" w:line="271" w:lineRule="auto"/>
        <w:ind w:left="180" w:right="864"/>
        <w:rPr>
          <w:lang w:val="ru-RU"/>
        </w:rPr>
      </w:pPr>
      <w:r w:rsidRPr="00794AC5">
        <w:rPr>
          <w:rFonts w:ascii="Times New Roman" w:eastAsia="Times New Roman" w:hAnsi="Times New Roman"/>
          <w:i/>
          <w:color w:val="000000"/>
          <w:sz w:val="24"/>
          <w:lang w:val="ru-RU"/>
        </w:rPr>
        <w:t xml:space="preserve">Патриотическое воспитание: </w:t>
      </w:r>
      <w:r w:rsidRPr="00794AC5">
        <w:rPr>
          <w:lang w:val="ru-RU"/>
        </w:rPr>
        <w:br/>
      </w: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>проявление интереса к истории и современному состоянию российской науки и технологии; ценностное отношение к достижениям российских инженеров и учёных.</w:t>
      </w:r>
    </w:p>
    <w:p w:rsidR="00926326" w:rsidRPr="00794AC5" w:rsidRDefault="005F2855">
      <w:pPr>
        <w:tabs>
          <w:tab w:val="left" w:pos="180"/>
        </w:tabs>
        <w:autoSpaceDE w:val="0"/>
        <w:autoSpaceDN w:val="0"/>
        <w:spacing w:before="70" w:after="0" w:line="286" w:lineRule="auto"/>
        <w:ind w:right="432"/>
        <w:rPr>
          <w:lang w:val="ru-RU"/>
        </w:rPr>
      </w:pPr>
      <w:r w:rsidRPr="00794AC5">
        <w:rPr>
          <w:lang w:val="ru-RU"/>
        </w:rPr>
        <w:tab/>
      </w:r>
      <w:proofErr w:type="gramStart"/>
      <w:r w:rsidRPr="00794AC5">
        <w:rPr>
          <w:rFonts w:ascii="Times New Roman" w:eastAsia="Times New Roman" w:hAnsi="Times New Roman"/>
          <w:i/>
          <w:color w:val="000000"/>
          <w:sz w:val="24"/>
          <w:lang w:val="ru-RU"/>
        </w:rPr>
        <w:t xml:space="preserve">Гражданское и духовно-нравственное воспитание: </w:t>
      </w:r>
      <w:r w:rsidRPr="00794AC5">
        <w:rPr>
          <w:lang w:val="ru-RU"/>
        </w:rPr>
        <w:br/>
      </w:r>
      <w:r w:rsidRPr="00794AC5">
        <w:rPr>
          <w:lang w:val="ru-RU"/>
        </w:rPr>
        <w:tab/>
      </w: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 xml:space="preserve">готовность к активному участию в обсуждении общественно значимых и этических проблем, связанных с современными технологиями, в особенности технологиями четвёртой промышленной революции; </w:t>
      </w:r>
      <w:r w:rsidRPr="00794AC5">
        <w:rPr>
          <w:lang w:val="ru-RU"/>
        </w:rPr>
        <w:br/>
      </w:r>
      <w:r w:rsidRPr="00794AC5">
        <w:rPr>
          <w:lang w:val="ru-RU"/>
        </w:rPr>
        <w:tab/>
      </w: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 xml:space="preserve">осознание важности морально-этических принципов в деятельности, связанной с реализацией технологий; </w:t>
      </w:r>
      <w:r w:rsidRPr="00794AC5">
        <w:rPr>
          <w:lang w:val="ru-RU"/>
        </w:rPr>
        <w:br/>
      </w:r>
      <w:r w:rsidRPr="00794AC5">
        <w:rPr>
          <w:lang w:val="ru-RU"/>
        </w:rPr>
        <w:tab/>
      </w: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>освоение социальных норм и правил поведения, роли и формы социальной жизни в группах и сообществах, включая взрослые и социальные сообщества.</w:t>
      </w:r>
      <w:proofErr w:type="gramEnd"/>
    </w:p>
    <w:p w:rsidR="00926326" w:rsidRPr="00794AC5" w:rsidRDefault="005F2855">
      <w:pPr>
        <w:autoSpaceDE w:val="0"/>
        <w:autoSpaceDN w:val="0"/>
        <w:spacing w:before="70" w:after="0" w:line="271" w:lineRule="auto"/>
        <w:ind w:left="180" w:right="2592"/>
        <w:rPr>
          <w:lang w:val="ru-RU"/>
        </w:rPr>
      </w:pPr>
      <w:r w:rsidRPr="00794AC5">
        <w:rPr>
          <w:rFonts w:ascii="Times New Roman" w:eastAsia="Times New Roman" w:hAnsi="Times New Roman"/>
          <w:i/>
          <w:color w:val="000000"/>
          <w:sz w:val="24"/>
          <w:lang w:val="ru-RU"/>
        </w:rPr>
        <w:t xml:space="preserve">Эстетическое воспитание: </w:t>
      </w:r>
      <w:r w:rsidRPr="00794AC5">
        <w:rPr>
          <w:lang w:val="ru-RU"/>
        </w:rPr>
        <w:br/>
      </w: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>восприятие эстетических каче</w:t>
      </w:r>
      <w:proofErr w:type="gramStart"/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>ств пр</w:t>
      </w:r>
      <w:proofErr w:type="gramEnd"/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 xml:space="preserve">едметов труда; </w:t>
      </w:r>
      <w:r w:rsidRPr="00794AC5">
        <w:rPr>
          <w:lang w:val="ru-RU"/>
        </w:rPr>
        <w:br/>
      </w: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>умение создавать эстетически значимые изделия из различных материалов.</w:t>
      </w:r>
    </w:p>
    <w:p w:rsidR="00926326" w:rsidRPr="00794AC5" w:rsidRDefault="005F2855">
      <w:pPr>
        <w:autoSpaceDE w:val="0"/>
        <w:autoSpaceDN w:val="0"/>
        <w:spacing w:before="70" w:after="0" w:line="271" w:lineRule="auto"/>
        <w:ind w:left="180" w:right="288"/>
        <w:rPr>
          <w:lang w:val="ru-RU"/>
        </w:rPr>
      </w:pPr>
      <w:r w:rsidRPr="00794AC5">
        <w:rPr>
          <w:rFonts w:ascii="Times New Roman" w:eastAsia="Times New Roman" w:hAnsi="Times New Roman"/>
          <w:i/>
          <w:color w:val="000000"/>
          <w:sz w:val="24"/>
          <w:lang w:val="ru-RU"/>
        </w:rPr>
        <w:t xml:space="preserve">Ценности научного познания и практической деятельности: </w:t>
      </w:r>
      <w:r w:rsidRPr="00794AC5">
        <w:rPr>
          <w:lang w:val="ru-RU"/>
        </w:rPr>
        <w:br/>
      </w: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 xml:space="preserve">осознание ценности науки как фундамента технологий; </w:t>
      </w:r>
      <w:r w:rsidRPr="00794AC5">
        <w:rPr>
          <w:lang w:val="ru-RU"/>
        </w:rPr>
        <w:br/>
      </w: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>развитие интереса к исследовательской деятельности, реализации на практике достижений науки.</w:t>
      </w:r>
    </w:p>
    <w:p w:rsidR="00926326" w:rsidRPr="00794AC5" w:rsidRDefault="005F2855">
      <w:pPr>
        <w:tabs>
          <w:tab w:val="left" w:pos="180"/>
        </w:tabs>
        <w:autoSpaceDE w:val="0"/>
        <w:autoSpaceDN w:val="0"/>
        <w:spacing w:before="70" w:after="0"/>
        <w:ind w:right="432"/>
        <w:rPr>
          <w:lang w:val="ru-RU"/>
        </w:rPr>
      </w:pPr>
      <w:r w:rsidRPr="00794AC5">
        <w:rPr>
          <w:lang w:val="ru-RU"/>
        </w:rPr>
        <w:tab/>
      </w:r>
      <w:r w:rsidRPr="00794AC5">
        <w:rPr>
          <w:rFonts w:ascii="Times New Roman" w:eastAsia="Times New Roman" w:hAnsi="Times New Roman"/>
          <w:i/>
          <w:color w:val="000000"/>
          <w:sz w:val="24"/>
          <w:lang w:val="ru-RU"/>
        </w:rPr>
        <w:t xml:space="preserve">Формирование культуры здоровья и эмоционального благополучия: </w:t>
      </w:r>
      <w:r w:rsidRPr="00794AC5">
        <w:rPr>
          <w:lang w:val="ru-RU"/>
        </w:rPr>
        <w:br/>
      </w:r>
      <w:r w:rsidRPr="00794AC5">
        <w:rPr>
          <w:lang w:val="ru-RU"/>
        </w:rPr>
        <w:tab/>
      </w: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 xml:space="preserve">осознание ценности безопасного образа жизни в современном технологическом мире, важности правил безопасной работы с инструментами; </w:t>
      </w:r>
      <w:r w:rsidRPr="00794AC5">
        <w:rPr>
          <w:lang w:val="ru-RU"/>
        </w:rPr>
        <w:br/>
      </w:r>
      <w:r w:rsidRPr="00794AC5">
        <w:rPr>
          <w:lang w:val="ru-RU"/>
        </w:rPr>
        <w:tab/>
      </w: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 xml:space="preserve">умение распознавать информационные угрозы и </w:t>
      </w:r>
      <w:proofErr w:type="spellStart"/>
      <w:proofErr w:type="gramStart"/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>осуществ</w:t>
      </w:r>
      <w:proofErr w:type="spellEnd"/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>​</w:t>
      </w:r>
      <w:proofErr w:type="spellStart"/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>лять</w:t>
      </w:r>
      <w:proofErr w:type="spellEnd"/>
      <w:proofErr w:type="gramEnd"/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 xml:space="preserve"> защиту личности от этих угроз.</w:t>
      </w:r>
    </w:p>
    <w:p w:rsidR="00926326" w:rsidRPr="00794AC5" w:rsidRDefault="005F2855">
      <w:pPr>
        <w:autoSpaceDE w:val="0"/>
        <w:autoSpaceDN w:val="0"/>
        <w:spacing w:before="70" w:after="0" w:line="271" w:lineRule="auto"/>
        <w:ind w:left="180" w:right="1440"/>
        <w:rPr>
          <w:lang w:val="ru-RU"/>
        </w:rPr>
      </w:pPr>
      <w:r w:rsidRPr="00794AC5">
        <w:rPr>
          <w:rFonts w:ascii="Times New Roman" w:eastAsia="Times New Roman" w:hAnsi="Times New Roman"/>
          <w:i/>
          <w:color w:val="000000"/>
          <w:sz w:val="24"/>
          <w:lang w:val="ru-RU"/>
        </w:rPr>
        <w:t xml:space="preserve">Трудовое воспитание: </w:t>
      </w:r>
      <w:r w:rsidRPr="00794AC5">
        <w:rPr>
          <w:lang w:val="ru-RU"/>
        </w:rPr>
        <w:br/>
      </w: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>активное участие в решении возникающих практических задач из различных областей; умение ориентироваться в мире современных профессий.</w:t>
      </w:r>
    </w:p>
    <w:p w:rsidR="00926326" w:rsidRPr="00794AC5" w:rsidRDefault="005F2855">
      <w:pPr>
        <w:tabs>
          <w:tab w:val="left" w:pos="180"/>
        </w:tabs>
        <w:autoSpaceDE w:val="0"/>
        <w:autoSpaceDN w:val="0"/>
        <w:spacing w:before="70" w:after="0"/>
        <w:ind w:right="432"/>
        <w:rPr>
          <w:lang w:val="ru-RU"/>
        </w:rPr>
      </w:pPr>
      <w:r w:rsidRPr="00794AC5">
        <w:rPr>
          <w:lang w:val="ru-RU"/>
        </w:rPr>
        <w:tab/>
      </w:r>
      <w:r w:rsidRPr="00794AC5">
        <w:rPr>
          <w:rFonts w:ascii="Times New Roman" w:eastAsia="Times New Roman" w:hAnsi="Times New Roman"/>
          <w:i/>
          <w:color w:val="000000"/>
          <w:sz w:val="24"/>
          <w:lang w:val="ru-RU"/>
        </w:rPr>
        <w:t xml:space="preserve">Экологическое воспитание: </w:t>
      </w:r>
      <w:r w:rsidRPr="00794AC5">
        <w:rPr>
          <w:lang w:val="ru-RU"/>
        </w:rPr>
        <w:br/>
      </w:r>
      <w:r w:rsidRPr="00794AC5">
        <w:rPr>
          <w:lang w:val="ru-RU"/>
        </w:rPr>
        <w:tab/>
      </w: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 xml:space="preserve">воспитание бережного отношения к окружающей среде, понимание необходимости соблюдения баланса между природой и </w:t>
      </w:r>
      <w:proofErr w:type="spellStart"/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>техносферой</w:t>
      </w:r>
      <w:proofErr w:type="spellEnd"/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 xml:space="preserve">; </w:t>
      </w:r>
      <w:r w:rsidRPr="00794AC5">
        <w:rPr>
          <w:lang w:val="ru-RU"/>
        </w:rPr>
        <w:br/>
      </w:r>
      <w:r w:rsidRPr="00794AC5">
        <w:rPr>
          <w:lang w:val="ru-RU"/>
        </w:rPr>
        <w:tab/>
      </w: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>осознание пределов преобразовательной деятельности человека.</w:t>
      </w:r>
    </w:p>
    <w:p w:rsidR="00926326" w:rsidRPr="00794AC5" w:rsidRDefault="005F2855">
      <w:pPr>
        <w:autoSpaceDE w:val="0"/>
        <w:autoSpaceDN w:val="0"/>
        <w:spacing w:before="264" w:after="0" w:line="230" w:lineRule="auto"/>
        <w:rPr>
          <w:lang w:val="ru-RU"/>
        </w:rPr>
      </w:pPr>
      <w:r w:rsidRPr="00794AC5">
        <w:rPr>
          <w:rFonts w:ascii="Times New Roman" w:eastAsia="Times New Roman" w:hAnsi="Times New Roman"/>
          <w:b/>
          <w:color w:val="000000"/>
          <w:sz w:val="24"/>
          <w:lang w:val="ru-RU"/>
        </w:rPr>
        <w:t>МЕТАПРЕДМЕТНЫЕ РЕЗУЛЬТАТЫ</w:t>
      </w:r>
    </w:p>
    <w:p w:rsidR="00926326" w:rsidRPr="00794AC5" w:rsidRDefault="005F2855">
      <w:pPr>
        <w:tabs>
          <w:tab w:val="left" w:pos="180"/>
        </w:tabs>
        <w:autoSpaceDE w:val="0"/>
        <w:autoSpaceDN w:val="0"/>
        <w:spacing w:before="168" w:after="0" w:line="286" w:lineRule="auto"/>
        <w:ind w:right="144"/>
        <w:rPr>
          <w:lang w:val="ru-RU"/>
        </w:rPr>
      </w:pPr>
      <w:r w:rsidRPr="00794AC5">
        <w:rPr>
          <w:lang w:val="ru-RU"/>
        </w:rPr>
        <w:tab/>
      </w:r>
      <w:proofErr w:type="gramStart"/>
      <w:r w:rsidRPr="00794AC5">
        <w:rPr>
          <w:rFonts w:ascii="Times New Roman" w:eastAsia="Times New Roman" w:hAnsi="Times New Roman"/>
          <w:b/>
          <w:color w:val="000000"/>
          <w:sz w:val="24"/>
          <w:lang w:val="ru-RU"/>
        </w:rPr>
        <w:t xml:space="preserve">Овладение универсальными познавательными действиями </w:t>
      </w:r>
      <w:r w:rsidRPr="00794AC5">
        <w:rPr>
          <w:lang w:val="ru-RU"/>
        </w:rPr>
        <w:br/>
      </w:r>
      <w:r w:rsidRPr="00794AC5">
        <w:rPr>
          <w:lang w:val="ru-RU"/>
        </w:rPr>
        <w:tab/>
      </w:r>
      <w:r w:rsidRPr="00794AC5">
        <w:rPr>
          <w:rFonts w:ascii="Times New Roman" w:eastAsia="Times New Roman" w:hAnsi="Times New Roman"/>
          <w:i/>
          <w:color w:val="000000"/>
          <w:sz w:val="24"/>
          <w:lang w:val="ru-RU"/>
        </w:rPr>
        <w:t xml:space="preserve">Базовые логические действия: </w:t>
      </w:r>
      <w:r w:rsidRPr="00794AC5">
        <w:rPr>
          <w:lang w:val="ru-RU"/>
        </w:rPr>
        <w:br/>
      </w:r>
      <w:r w:rsidRPr="00794AC5">
        <w:rPr>
          <w:lang w:val="ru-RU"/>
        </w:rPr>
        <w:tab/>
      </w: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 xml:space="preserve">выявлять и характеризовать существенные признаки природных и рукотворных объектов; </w:t>
      </w:r>
      <w:r w:rsidRPr="00794AC5">
        <w:rPr>
          <w:lang w:val="ru-RU"/>
        </w:rPr>
        <w:tab/>
      </w: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 xml:space="preserve">устанавливать существенный признак классификации, основание для обобщения и сравнения; </w:t>
      </w:r>
      <w:r w:rsidRPr="00794AC5">
        <w:rPr>
          <w:lang w:val="ru-RU"/>
        </w:rPr>
        <w:tab/>
      </w: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 xml:space="preserve">выявлять закономерности и противоречия в рассматриваемых фактах, данных и наблюдениях, относящихся к внешнему миру; </w:t>
      </w:r>
      <w:r w:rsidRPr="00794AC5">
        <w:rPr>
          <w:lang w:val="ru-RU"/>
        </w:rPr>
        <w:br/>
      </w:r>
      <w:r w:rsidRPr="00794AC5">
        <w:rPr>
          <w:lang w:val="ru-RU"/>
        </w:rPr>
        <w:tab/>
      </w: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 xml:space="preserve">выявлять причинно-следственные связи при изучении природных явлений и процессов, а также процессов, происходящих в </w:t>
      </w:r>
      <w:proofErr w:type="spellStart"/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>техносфере</w:t>
      </w:r>
      <w:proofErr w:type="spellEnd"/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>;</w:t>
      </w:r>
      <w:proofErr w:type="gramEnd"/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 xml:space="preserve"> </w:t>
      </w:r>
      <w:r w:rsidRPr="00794AC5">
        <w:rPr>
          <w:lang w:val="ru-RU"/>
        </w:rPr>
        <w:br/>
      </w:r>
      <w:r w:rsidRPr="00794AC5">
        <w:rPr>
          <w:lang w:val="ru-RU"/>
        </w:rPr>
        <w:tab/>
      </w: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>самостоятельно выбирать способ решения поставленной задачи, используя для этого необходимые материалы, инструменты и технологии.</w:t>
      </w:r>
    </w:p>
    <w:p w:rsidR="00926326" w:rsidRPr="00794AC5" w:rsidRDefault="005F2855">
      <w:pPr>
        <w:autoSpaceDE w:val="0"/>
        <w:autoSpaceDN w:val="0"/>
        <w:spacing w:before="70" w:after="0" w:line="271" w:lineRule="auto"/>
        <w:ind w:left="180" w:right="288"/>
        <w:rPr>
          <w:lang w:val="ru-RU"/>
        </w:rPr>
      </w:pPr>
      <w:r w:rsidRPr="00794AC5">
        <w:rPr>
          <w:rFonts w:ascii="Times New Roman" w:eastAsia="Times New Roman" w:hAnsi="Times New Roman"/>
          <w:i/>
          <w:color w:val="000000"/>
          <w:sz w:val="24"/>
          <w:lang w:val="ru-RU"/>
        </w:rPr>
        <w:t xml:space="preserve">Базовые исследовательские действия: </w:t>
      </w:r>
      <w:r w:rsidRPr="00794AC5">
        <w:rPr>
          <w:lang w:val="ru-RU"/>
        </w:rPr>
        <w:br/>
      </w: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 xml:space="preserve">использовать вопросы как исследовательский инструмент познания; </w:t>
      </w:r>
      <w:r w:rsidRPr="00794AC5">
        <w:rPr>
          <w:lang w:val="ru-RU"/>
        </w:rPr>
        <w:br/>
      </w: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>формировать запросы к информационной системе с целью получения необходимой информации;</w:t>
      </w:r>
    </w:p>
    <w:p w:rsidR="00926326" w:rsidRPr="00794AC5" w:rsidRDefault="00926326">
      <w:pPr>
        <w:rPr>
          <w:lang w:val="ru-RU"/>
        </w:rPr>
        <w:sectPr w:rsidR="00926326" w:rsidRPr="00794AC5">
          <w:pgSz w:w="11900" w:h="16840"/>
          <w:pgMar w:top="298" w:right="650" w:bottom="432" w:left="666" w:header="720" w:footer="720" w:gutter="0"/>
          <w:cols w:space="720" w:equalWidth="0">
            <w:col w:w="10584" w:space="0"/>
          </w:cols>
          <w:docGrid w:linePitch="360"/>
        </w:sectPr>
      </w:pPr>
    </w:p>
    <w:p w:rsidR="00926326" w:rsidRPr="00794AC5" w:rsidRDefault="00926326">
      <w:pPr>
        <w:autoSpaceDE w:val="0"/>
        <w:autoSpaceDN w:val="0"/>
        <w:spacing w:after="78" w:line="220" w:lineRule="exact"/>
        <w:rPr>
          <w:lang w:val="ru-RU"/>
        </w:rPr>
      </w:pPr>
    </w:p>
    <w:p w:rsidR="00926326" w:rsidRPr="00794AC5" w:rsidRDefault="005F2855">
      <w:pPr>
        <w:tabs>
          <w:tab w:val="left" w:pos="180"/>
        </w:tabs>
        <w:autoSpaceDE w:val="0"/>
        <w:autoSpaceDN w:val="0"/>
        <w:spacing w:after="0" w:line="286" w:lineRule="auto"/>
        <w:rPr>
          <w:lang w:val="ru-RU"/>
        </w:rPr>
      </w:pPr>
      <w:r w:rsidRPr="00794AC5">
        <w:rPr>
          <w:lang w:val="ru-RU"/>
        </w:rPr>
        <w:tab/>
      </w:r>
      <w:proofErr w:type="gramStart"/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 xml:space="preserve">оценивать полноту, достоверность и актуальность полученной информации; </w:t>
      </w:r>
      <w:r w:rsidRPr="00794AC5">
        <w:rPr>
          <w:lang w:val="ru-RU"/>
        </w:rPr>
        <w:br/>
      </w:r>
      <w:r w:rsidRPr="00794AC5">
        <w:rPr>
          <w:lang w:val="ru-RU"/>
        </w:rPr>
        <w:tab/>
      </w: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 xml:space="preserve">опытным путём изучать свойства различных материалов; </w:t>
      </w:r>
      <w:r w:rsidRPr="00794AC5">
        <w:rPr>
          <w:lang w:val="ru-RU"/>
        </w:rPr>
        <w:br/>
      </w:r>
      <w:r w:rsidRPr="00794AC5">
        <w:rPr>
          <w:lang w:val="ru-RU"/>
        </w:rPr>
        <w:tab/>
      </w: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 xml:space="preserve">овладевать навыками измерения величин с помощью измерительных инструментов, оценивать погрешность измерения, уметь осуществлять арифметические действия с приближёнными </w:t>
      </w:r>
      <w:r w:rsidRPr="00794AC5">
        <w:rPr>
          <w:lang w:val="ru-RU"/>
        </w:rPr>
        <w:br/>
      </w: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 xml:space="preserve">величинами; </w:t>
      </w:r>
      <w:r w:rsidRPr="00794AC5">
        <w:rPr>
          <w:lang w:val="ru-RU"/>
        </w:rPr>
        <w:br/>
      </w:r>
      <w:r w:rsidRPr="00794AC5">
        <w:rPr>
          <w:lang w:val="ru-RU"/>
        </w:rPr>
        <w:tab/>
      </w: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 xml:space="preserve">строить и оценивать модели объектов, явлений и процессов; </w:t>
      </w:r>
      <w:r w:rsidRPr="00794AC5">
        <w:rPr>
          <w:lang w:val="ru-RU"/>
        </w:rPr>
        <w:br/>
      </w:r>
      <w:r w:rsidRPr="00794AC5">
        <w:rPr>
          <w:lang w:val="ru-RU"/>
        </w:rPr>
        <w:tab/>
      </w: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>уметь создавать, применять и преобразовывать знаки и символы, модели и схемы для решения учебных и познавательных задач;</w:t>
      </w:r>
      <w:proofErr w:type="gramEnd"/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 xml:space="preserve"> </w:t>
      </w:r>
      <w:r w:rsidRPr="00794AC5">
        <w:rPr>
          <w:lang w:val="ru-RU"/>
        </w:rPr>
        <w:br/>
      </w:r>
      <w:r w:rsidRPr="00794AC5">
        <w:rPr>
          <w:lang w:val="ru-RU"/>
        </w:rPr>
        <w:tab/>
      </w: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 xml:space="preserve">уметь оценивать правильность выполнения учебной задачи, собственные возможности её решения; </w:t>
      </w:r>
      <w:r w:rsidRPr="00794AC5">
        <w:rPr>
          <w:lang w:val="ru-RU"/>
        </w:rPr>
        <w:tab/>
      </w: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>прогнозировать поведение технической системы, в том числе с учётом синергетических эффектов.</w:t>
      </w:r>
    </w:p>
    <w:p w:rsidR="00926326" w:rsidRPr="00794AC5" w:rsidRDefault="005F2855">
      <w:pPr>
        <w:autoSpaceDE w:val="0"/>
        <w:autoSpaceDN w:val="0"/>
        <w:spacing w:before="72" w:after="0" w:line="281" w:lineRule="auto"/>
        <w:ind w:left="180" w:right="1584"/>
        <w:rPr>
          <w:lang w:val="ru-RU"/>
        </w:rPr>
      </w:pPr>
      <w:r w:rsidRPr="00794AC5">
        <w:rPr>
          <w:rFonts w:ascii="Times New Roman" w:eastAsia="Times New Roman" w:hAnsi="Times New Roman"/>
          <w:i/>
          <w:color w:val="000000"/>
          <w:sz w:val="24"/>
          <w:lang w:val="ru-RU"/>
        </w:rPr>
        <w:t xml:space="preserve">Работа с информацией: </w:t>
      </w:r>
      <w:r w:rsidRPr="00794AC5">
        <w:rPr>
          <w:lang w:val="ru-RU"/>
        </w:rPr>
        <w:br/>
      </w: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 xml:space="preserve">выбирать форму представления информации в зависимости от поставленной задачи; понимать различие между данными, информацией и знаниями; </w:t>
      </w:r>
      <w:r w:rsidRPr="00794AC5">
        <w:rPr>
          <w:lang w:val="ru-RU"/>
        </w:rPr>
        <w:br/>
      </w: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 xml:space="preserve">владеть начальными навыками работы с «большими данными»; </w:t>
      </w:r>
      <w:r w:rsidRPr="00794AC5">
        <w:rPr>
          <w:lang w:val="ru-RU"/>
        </w:rPr>
        <w:br/>
      </w: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>владеть технологией трансформации данных в информацию, информации в знания.</w:t>
      </w:r>
    </w:p>
    <w:p w:rsidR="00926326" w:rsidRPr="00794AC5" w:rsidRDefault="005F2855">
      <w:pPr>
        <w:tabs>
          <w:tab w:val="left" w:pos="180"/>
        </w:tabs>
        <w:autoSpaceDE w:val="0"/>
        <w:autoSpaceDN w:val="0"/>
        <w:spacing w:before="190" w:after="0" w:line="286" w:lineRule="auto"/>
        <w:rPr>
          <w:lang w:val="ru-RU"/>
        </w:rPr>
      </w:pPr>
      <w:r w:rsidRPr="00794AC5">
        <w:rPr>
          <w:lang w:val="ru-RU"/>
        </w:rPr>
        <w:tab/>
      </w:r>
      <w:proofErr w:type="gramStart"/>
      <w:r w:rsidRPr="00794AC5">
        <w:rPr>
          <w:rFonts w:ascii="Times New Roman" w:eastAsia="Times New Roman" w:hAnsi="Times New Roman"/>
          <w:b/>
          <w:color w:val="000000"/>
          <w:sz w:val="24"/>
          <w:lang w:val="ru-RU"/>
        </w:rPr>
        <w:t xml:space="preserve">Овладение универсальными учебными регулятивными действиями </w:t>
      </w:r>
      <w:r w:rsidRPr="00794AC5">
        <w:rPr>
          <w:lang w:val="ru-RU"/>
        </w:rPr>
        <w:br/>
      </w:r>
      <w:r w:rsidRPr="00794AC5">
        <w:rPr>
          <w:lang w:val="ru-RU"/>
        </w:rPr>
        <w:tab/>
      </w:r>
      <w:r w:rsidRPr="00794AC5">
        <w:rPr>
          <w:rFonts w:ascii="Times New Roman" w:eastAsia="Times New Roman" w:hAnsi="Times New Roman"/>
          <w:i/>
          <w:color w:val="000000"/>
          <w:sz w:val="24"/>
          <w:lang w:val="ru-RU"/>
        </w:rPr>
        <w:t xml:space="preserve">Самоорганизация: </w:t>
      </w:r>
      <w:r w:rsidRPr="00794AC5">
        <w:rPr>
          <w:lang w:val="ru-RU"/>
        </w:rPr>
        <w:br/>
      </w:r>
      <w:r w:rsidRPr="00794AC5">
        <w:rPr>
          <w:lang w:val="ru-RU"/>
        </w:rPr>
        <w:tab/>
      </w: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 xml:space="preserve">уметь самостоятельно планировать пути достижения целей, в том числе альтернативные, осознанно выбирать наиболее эффективные способы решения учебных и познавательных задач; </w:t>
      </w:r>
      <w:r w:rsidRPr="00794AC5">
        <w:rPr>
          <w:lang w:val="ru-RU"/>
        </w:rPr>
        <w:br/>
      </w:r>
      <w:r w:rsidRPr="00794AC5">
        <w:rPr>
          <w:lang w:val="ru-RU"/>
        </w:rPr>
        <w:tab/>
      </w: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 xml:space="preserve">уметь соотносить свои действия с планируемыми результатами, осуществлять контроль своей деятельности в процессе достижения результата, определять способы действий в рамках </w:t>
      </w:r>
      <w:r w:rsidRPr="00794AC5">
        <w:rPr>
          <w:lang w:val="ru-RU"/>
        </w:rPr>
        <w:br/>
      </w: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>предложенных условий и требований, корректировать свои действия в соответствии с изменяющейся ситуацией;</w:t>
      </w:r>
      <w:proofErr w:type="gramEnd"/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 xml:space="preserve"> </w:t>
      </w:r>
      <w:r w:rsidRPr="00794AC5">
        <w:rPr>
          <w:lang w:val="ru-RU"/>
        </w:rPr>
        <w:br/>
      </w:r>
      <w:r w:rsidRPr="00794AC5">
        <w:rPr>
          <w:lang w:val="ru-RU"/>
        </w:rPr>
        <w:tab/>
      </w: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>делать выбор и брать ответственность за решение.</w:t>
      </w:r>
    </w:p>
    <w:p w:rsidR="00926326" w:rsidRPr="00794AC5" w:rsidRDefault="005F2855">
      <w:pPr>
        <w:tabs>
          <w:tab w:val="left" w:pos="180"/>
        </w:tabs>
        <w:autoSpaceDE w:val="0"/>
        <w:autoSpaceDN w:val="0"/>
        <w:spacing w:before="70" w:after="0" w:line="283" w:lineRule="auto"/>
        <w:ind w:right="288"/>
        <w:rPr>
          <w:lang w:val="ru-RU"/>
        </w:rPr>
      </w:pPr>
      <w:r w:rsidRPr="00794AC5">
        <w:rPr>
          <w:lang w:val="ru-RU"/>
        </w:rPr>
        <w:tab/>
      </w:r>
      <w:r w:rsidRPr="00794AC5">
        <w:rPr>
          <w:rFonts w:ascii="Times New Roman" w:eastAsia="Times New Roman" w:hAnsi="Times New Roman"/>
          <w:i/>
          <w:color w:val="000000"/>
          <w:sz w:val="24"/>
          <w:lang w:val="ru-RU"/>
        </w:rPr>
        <w:t xml:space="preserve">Самоконтроль (рефлексия): </w:t>
      </w:r>
      <w:r w:rsidRPr="00794AC5">
        <w:rPr>
          <w:lang w:val="ru-RU"/>
        </w:rPr>
        <w:br/>
      </w:r>
      <w:r w:rsidRPr="00794AC5">
        <w:rPr>
          <w:lang w:val="ru-RU"/>
        </w:rPr>
        <w:tab/>
      </w: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 xml:space="preserve">давать адекватную оценку ситуации и предлагать план её изменения; </w:t>
      </w:r>
      <w:r w:rsidRPr="00794AC5">
        <w:rPr>
          <w:lang w:val="ru-RU"/>
        </w:rPr>
        <w:br/>
      </w:r>
      <w:r w:rsidRPr="00794AC5">
        <w:rPr>
          <w:lang w:val="ru-RU"/>
        </w:rPr>
        <w:tab/>
      </w: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>объяснять причины достижения (</w:t>
      </w:r>
      <w:proofErr w:type="spellStart"/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>недостижения</w:t>
      </w:r>
      <w:proofErr w:type="spellEnd"/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 xml:space="preserve">) результатов преобразовательной деятельности; </w:t>
      </w:r>
      <w:r w:rsidRPr="00794AC5">
        <w:rPr>
          <w:lang w:val="ru-RU"/>
        </w:rPr>
        <w:tab/>
      </w: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 xml:space="preserve">вносить необходимые коррективы в деятельность по решению задачи или по осуществлению проекта; </w:t>
      </w:r>
      <w:r w:rsidRPr="00794AC5">
        <w:rPr>
          <w:lang w:val="ru-RU"/>
        </w:rPr>
        <w:br/>
      </w:r>
      <w:r w:rsidRPr="00794AC5">
        <w:rPr>
          <w:lang w:val="ru-RU"/>
        </w:rPr>
        <w:tab/>
      </w: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>оценивать соответствие результата цели и условиям и при необходимости корректировать цель и процесс её достижения.</w:t>
      </w:r>
    </w:p>
    <w:p w:rsidR="00926326" w:rsidRPr="00794AC5" w:rsidRDefault="005F2855">
      <w:pPr>
        <w:tabs>
          <w:tab w:val="left" w:pos="180"/>
        </w:tabs>
        <w:autoSpaceDE w:val="0"/>
        <w:autoSpaceDN w:val="0"/>
        <w:spacing w:before="72" w:after="0" w:line="271" w:lineRule="auto"/>
        <w:ind w:right="144"/>
        <w:rPr>
          <w:lang w:val="ru-RU"/>
        </w:rPr>
      </w:pPr>
      <w:r w:rsidRPr="00794AC5">
        <w:rPr>
          <w:lang w:val="ru-RU"/>
        </w:rPr>
        <w:tab/>
      </w:r>
      <w:r w:rsidRPr="00794AC5">
        <w:rPr>
          <w:rFonts w:ascii="Times New Roman" w:eastAsia="Times New Roman" w:hAnsi="Times New Roman"/>
          <w:i/>
          <w:color w:val="000000"/>
          <w:sz w:val="24"/>
          <w:lang w:val="ru-RU"/>
        </w:rPr>
        <w:t xml:space="preserve">Принятие себя и других: </w:t>
      </w:r>
      <w:r w:rsidRPr="00794AC5">
        <w:rPr>
          <w:lang w:val="ru-RU"/>
        </w:rPr>
        <w:br/>
      </w:r>
      <w:r w:rsidRPr="00794AC5">
        <w:rPr>
          <w:lang w:val="ru-RU"/>
        </w:rPr>
        <w:tab/>
      </w: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>признавать своё право на ошибку при решении задач или при реализации проекта, такое же право другого на подобные ошибки.</w:t>
      </w:r>
    </w:p>
    <w:p w:rsidR="00926326" w:rsidRPr="00794AC5" w:rsidRDefault="005F2855">
      <w:pPr>
        <w:autoSpaceDE w:val="0"/>
        <w:autoSpaceDN w:val="0"/>
        <w:spacing w:before="190" w:after="0" w:line="230" w:lineRule="auto"/>
        <w:ind w:left="180"/>
        <w:rPr>
          <w:lang w:val="ru-RU"/>
        </w:rPr>
      </w:pPr>
      <w:r w:rsidRPr="00794AC5">
        <w:rPr>
          <w:rFonts w:ascii="Times New Roman" w:eastAsia="Times New Roman" w:hAnsi="Times New Roman"/>
          <w:b/>
          <w:color w:val="000000"/>
          <w:sz w:val="24"/>
          <w:lang w:val="ru-RU"/>
        </w:rPr>
        <w:t>Овладение универсальными коммуникативными действиями.</w:t>
      </w:r>
    </w:p>
    <w:p w:rsidR="00926326" w:rsidRPr="00794AC5" w:rsidRDefault="005F2855">
      <w:pPr>
        <w:autoSpaceDE w:val="0"/>
        <w:autoSpaceDN w:val="0"/>
        <w:spacing w:before="70" w:after="0" w:line="281" w:lineRule="auto"/>
        <w:ind w:left="180" w:right="864"/>
        <w:rPr>
          <w:lang w:val="ru-RU"/>
        </w:rPr>
      </w:pPr>
      <w:r w:rsidRPr="00794AC5">
        <w:rPr>
          <w:rFonts w:ascii="Times New Roman" w:eastAsia="Times New Roman" w:hAnsi="Times New Roman"/>
          <w:i/>
          <w:color w:val="000000"/>
          <w:sz w:val="24"/>
          <w:lang w:val="ru-RU"/>
        </w:rPr>
        <w:t xml:space="preserve">Общение: </w:t>
      </w:r>
      <w:r w:rsidRPr="00794AC5">
        <w:rPr>
          <w:lang w:val="ru-RU"/>
        </w:rPr>
        <w:br/>
      </w: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 xml:space="preserve">в ходе обсуждения учебного материала, планирования и осуществления учебного проекта; в рамках публичного представления результатов проектной деятельности; </w:t>
      </w:r>
      <w:r w:rsidRPr="00794AC5">
        <w:rPr>
          <w:lang w:val="ru-RU"/>
        </w:rPr>
        <w:br/>
      </w: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 xml:space="preserve">в ходе совместного решения задачи с использованием облачных сервисов; </w:t>
      </w:r>
      <w:r w:rsidRPr="00794AC5">
        <w:rPr>
          <w:lang w:val="ru-RU"/>
        </w:rPr>
        <w:br/>
      </w: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>в ходе общения с представителями других культур, в частности в социальных сетях.</w:t>
      </w:r>
    </w:p>
    <w:p w:rsidR="00926326" w:rsidRPr="00794AC5" w:rsidRDefault="005F2855">
      <w:pPr>
        <w:tabs>
          <w:tab w:val="left" w:pos="180"/>
        </w:tabs>
        <w:autoSpaceDE w:val="0"/>
        <w:autoSpaceDN w:val="0"/>
        <w:spacing w:before="70" w:after="0" w:line="281" w:lineRule="auto"/>
        <w:ind w:right="288"/>
        <w:rPr>
          <w:lang w:val="ru-RU"/>
        </w:rPr>
      </w:pPr>
      <w:r w:rsidRPr="00794AC5">
        <w:rPr>
          <w:lang w:val="ru-RU"/>
        </w:rPr>
        <w:tab/>
      </w:r>
      <w:r w:rsidRPr="00794AC5">
        <w:rPr>
          <w:rFonts w:ascii="Times New Roman" w:eastAsia="Times New Roman" w:hAnsi="Times New Roman"/>
          <w:i/>
          <w:color w:val="000000"/>
          <w:sz w:val="24"/>
          <w:lang w:val="ru-RU"/>
        </w:rPr>
        <w:t xml:space="preserve">Совместная деятельность: </w:t>
      </w:r>
      <w:r w:rsidRPr="00794AC5">
        <w:rPr>
          <w:lang w:val="ru-RU"/>
        </w:rPr>
        <w:br/>
      </w:r>
      <w:r w:rsidRPr="00794AC5">
        <w:rPr>
          <w:lang w:val="ru-RU"/>
        </w:rPr>
        <w:tab/>
      </w: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 xml:space="preserve">понимать и использовать преимущества командной работы при реализации учебного проекта; </w:t>
      </w:r>
      <w:r w:rsidRPr="00794AC5">
        <w:rPr>
          <w:lang w:val="ru-RU"/>
        </w:rPr>
        <w:tab/>
      </w: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 xml:space="preserve">понимать необходимость выработки знаково-символических средств как необходимого условия успешной проектной деятельности; </w:t>
      </w:r>
      <w:r w:rsidRPr="00794AC5">
        <w:rPr>
          <w:lang w:val="ru-RU"/>
        </w:rPr>
        <w:br/>
      </w:r>
      <w:r w:rsidRPr="00794AC5">
        <w:rPr>
          <w:lang w:val="ru-RU"/>
        </w:rPr>
        <w:tab/>
      </w: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>уметь адекватно интерпретировать высказывания собеседника — участника совместной деятельности;</w:t>
      </w:r>
    </w:p>
    <w:p w:rsidR="00926326" w:rsidRPr="00794AC5" w:rsidRDefault="00926326">
      <w:pPr>
        <w:rPr>
          <w:lang w:val="ru-RU"/>
        </w:rPr>
        <w:sectPr w:rsidR="00926326" w:rsidRPr="00794AC5">
          <w:pgSz w:w="11900" w:h="16840"/>
          <w:pgMar w:top="298" w:right="756" w:bottom="308" w:left="666" w:header="720" w:footer="720" w:gutter="0"/>
          <w:cols w:space="720" w:equalWidth="0">
            <w:col w:w="10478" w:space="0"/>
          </w:cols>
          <w:docGrid w:linePitch="360"/>
        </w:sectPr>
      </w:pPr>
    </w:p>
    <w:p w:rsidR="00926326" w:rsidRPr="00794AC5" w:rsidRDefault="00926326">
      <w:pPr>
        <w:autoSpaceDE w:val="0"/>
        <w:autoSpaceDN w:val="0"/>
        <w:spacing w:after="78" w:line="220" w:lineRule="exact"/>
        <w:rPr>
          <w:lang w:val="ru-RU"/>
        </w:rPr>
      </w:pPr>
    </w:p>
    <w:p w:rsidR="00926326" w:rsidRPr="00794AC5" w:rsidRDefault="005F2855">
      <w:pPr>
        <w:autoSpaceDE w:val="0"/>
        <w:autoSpaceDN w:val="0"/>
        <w:spacing w:after="0" w:line="262" w:lineRule="auto"/>
        <w:ind w:left="180" w:right="1440"/>
        <w:rPr>
          <w:lang w:val="ru-RU"/>
        </w:rPr>
      </w:pP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>владеть навыками отстаивания своей точки зрения, используя при этом законы логики; уметь распознавать некорректную аргументацию.</w:t>
      </w:r>
    </w:p>
    <w:p w:rsidR="00926326" w:rsidRPr="00794AC5" w:rsidRDefault="005F2855">
      <w:pPr>
        <w:autoSpaceDE w:val="0"/>
        <w:autoSpaceDN w:val="0"/>
        <w:spacing w:before="262" w:after="0" w:line="230" w:lineRule="auto"/>
        <w:rPr>
          <w:lang w:val="ru-RU"/>
        </w:rPr>
      </w:pPr>
      <w:r w:rsidRPr="00794AC5">
        <w:rPr>
          <w:rFonts w:ascii="Times New Roman" w:eastAsia="Times New Roman" w:hAnsi="Times New Roman"/>
          <w:b/>
          <w:color w:val="000000"/>
          <w:sz w:val="24"/>
          <w:lang w:val="ru-RU"/>
        </w:rPr>
        <w:t>ПРЕДМЕТНЫЕ РЕЗУЛЬТАТЫ</w:t>
      </w:r>
    </w:p>
    <w:p w:rsidR="00926326" w:rsidRPr="00794AC5" w:rsidRDefault="005F2855">
      <w:pPr>
        <w:tabs>
          <w:tab w:val="left" w:pos="180"/>
        </w:tabs>
        <w:autoSpaceDE w:val="0"/>
        <w:autoSpaceDN w:val="0"/>
        <w:spacing w:before="166" w:after="0" w:line="288" w:lineRule="auto"/>
        <w:rPr>
          <w:lang w:val="ru-RU"/>
        </w:rPr>
      </w:pPr>
      <w:r w:rsidRPr="00794AC5">
        <w:rPr>
          <w:lang w:val="ru-RU"/>
        </w:rPr>
        <w:tab/>
      </w:r>
      <w:proofErr w:type="gramStart"/>
      <w:r w:rsidRPr="00794AC5">
        <w:rPr>
          <w:rFonts w:ascii="Times New Roman" w:eastAsia="Times New Roman" w:hAnsi="Times New Roman"/>
          <w:b/>
          <w:color w:val="000000"/>
          <w:sz w:val="24"/>
          <w:lang w:val="ru-RU"/>
        </w:rPr>
        <w:t>Модуль «Производство и технология»</w:t>
      </w:r>
      <w:r w:rsidRPr="00794AC5">
        <w:rPr>
          <w:lang w:val="ru-RU"/>
        </w:rPr>
        <w:br/>
      </w:r>
      <w:r w:rsidRPr="00794AC5">
        <w:rPr>
          <w:lang w:val="ru-RU"/>
        </w:rPr>
        <w:tab/>
      </w: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 xml:space="preserve">характеризовать роль техники и технологий для прогрессивного развития общества; </w:t>
      </w:r>
      <w:r w:rsidRPr="00794AC5">
        <w:rPr>
          <w:lang w:val="ru-RU"/>
        </w:rPr>
        <w:br/>
      </w:r>
      <w:r w:rsidRPr="00794AC5">
        <w:rPr>
          <w:lang w:val="ru-RU"/>
        </w:rPr>
        <w:tab/>
      </w: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 xml:space="preserve">характеризовать роль техники и технологий в цифровом социуме; </w:t>
      </w:r>
      <w:r w:rsidRPr="00794AC5">
        <w:rPr>
          <w:lang w:val="ru-RU"/>
        </w:rPr>
        <w:br/>
      </w:r>
      <w:r w:rsidRPr="00794AC5">
        <w:rPr>
          <w:lang w:val="ru-RU"/>
        </w:rPr>
        <w:tab/>
      </w: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 xml:space="preserve">выявлять причины и последствия развития техники и технологий; </w:t>
      </w:r>
      <w:r w:rsidRPr="00794AC5">
        <w:rPr>
          <w:lang w:val="ru-RU"/>
        </w:rPr>
        <w:br/>
      </w:r>
      <w:r w:rsidRPr="00794AC5">
        <w:rPr>
          <w:lang w:val="ru-RU"/>
        </w:rPr>
        <w:tab/>
      </w: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 xml:space="preserve">характеризовать виды современных технологий и определять перспективы их развития; </w:t>
      </w:r>
      <w:r w:rsidRPr="00794AC5">
        <w:rPr>
          <w:lang w:val="ru-RU"/>
        </w:rPr>
        <w:br/>
      </w:r>
      <w:r w:rsidRPr="00794AC5">
        <w:rPr>
          <w:lang w:val="ru-RU"/>
        </w:rPr>
        <w:tab/>
      </w: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>уметь строить учебную и практическую деятельность в соответствии со структурой технологии: этапами, операциями, действиями;</w:t>
      </w:r>
      <w:proofErr w:type="gramEnd"/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 xml:space="preserve"> </w:t>
      </w:r>
      <w:r w:rsidRPr="00794AC5">
        <w:rPr>
          <w:lang w:val="ru-RU"/>
        </w:rPr>
        <w:br/>
      </w:r>
      <w:r w:rsidRPr="00794AC5">
        <w:rPr>
          <w:lang w:val="ru-RU"/>
        </w:rPr>
        <w:tab/>
      </w: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 xml:space="preserve">научиться конструировать, оценивать и использовать модели в познавательной и практической деятельности; </w:t>
      </w:r>
      <w:r w:rsidRPr="00794AC5">
        <w:rPr>
          <w:lang w:val="ru-RU"/>
        </w:rPr>
        <w:br/>
      </w:r>
      <w:r w:rsidRPr="00794AC5">
        <w:rPr>
          <w:lang w:val="ru-RU"/>
        </w:rPr>
        <w:tab/>
      </w: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 xml:space="preserve">организовывать рабочее место в соответствии с требованиями безопасности; </w:t>
      </w:r>
      <w:r w:rsidRPr="00794AC5">
        <w:rPr>
          <w:lang w:val="ru-RU"/>
        </w:rPr>
        <w:br/>
      </w:r>
      <w:r w:rsidRPr="00794AC5">
        <w:rPr>
          <w:lang w:val="ru-RU"/>
        </w:rPr>
        <w:tab/>
      </w: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 xml:space="preserve">соблюдать правила безопасности; </w:t>
      </w:r>
      <w:r w:rsidRPr="00794AC5">
        <w:rPr>
          <w:lang w:val="ru-RU"/>
        </w:rPr>
        <w:br/>
      </w:r>
      <w:r w:rsidRPr="00794AC5">
        <w:rPr>
          <w:lang w:val="ru-RU"/>
        </w:rPr>
        <w:tab/>
      </w: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 xml:space="preserve">использовать различные материалы (древесина, металлы и сплавы, полимеры, текстиль, </w:t>
      </w:r>
      <w:r w:rsidRPr="00794AC5">
        <w:rPr>
          <w:lang w:val="ru-RU"/>
        </w:rPr>
        <w:br/>
      </w: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 xml:space="preserve">сельскохозяйственная продукция); </w:t>
      </w:r>
      <w:r w:rsidRPr="00794AC5">
        <w:rPr>
          <w:lang w:val="ru-RU"/>
        </w:rPr>
        <w:br/>
      </w:r>
      <w:r w:rsidRPr="00794AC5">
        <w:rPr>
          <w:lang w:val="ru-RU"/>
        </w:rPr>
        <w:tab/>
      </w: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 xml:space="preserve">уметь создавать, применять и преобразовывать знаки и символы, модели и схемы для решения учебных и производственных задач; </w:t>
      </w:r>
      <w:r w:rsidRPr="00794AC5">
        <w:rPr>
          <w:lang w:val="ru-RU"/>
        </w:rPr>
        <w:br/>
      </w:r>
      <w:r w:rsidRPr="00794AC5">
        <w:rPr>
          <w:lang w:val="ru-RU"/>
        </w:rPr>
        <w:tab/>
      </w: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 xml:space="preserve">получить возможность научиться коллективно решать задачи с использованием облачных сервисов; </w:t>
      </w:r>
      <w:r w:rsidRPr="00794AC5">
        <w:rPr>
          <w:lang w:val="ru-RU"/>
        </w:rPr>
        <w:tab/>
      </w: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 xml:space="preserve">оперировать понятием «биотехнология»; </w:t>
      </w:r>
      <w:r w:rsidRPr="00794AC5">
        <w:rPr>
          <w:lang w:val="ru-RU"/>
        </w:rPr>
        <w:br/>
      </w:r>
      <w:r w:rsidRPr="00794AC5">
        <w:rPr>
          <w:lang w:val="ru-RU"/>
        </w:rPr>
        <w:tab/>
      </w: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 xml:space="preserve">классифицировать методы очистки воды, использовать фильтрование воды; </w:t>
      </w:r>
      <w:r w:rsidRPr="00794AC5">
        <w:rPr>
          <w:lang w:val="ru-RU"/>
        </w:rPr>
        <w:br/>
      </w:r>
      <w:r w:rsidRPr="00794AC5">
        <w:rPr>
          <w:lang w:val="ru-RU"/>
        </w:rPr>
        <w:tab/>
      </w: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>оперировать понятиями «биоэнергетика», «</w:t>
      </w:r>
      <w:proofErr w:type="spellStart"/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>биометаногенез</w:t>
      </w:r>
      <w:proofErr w:type="spellEnd"/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>».</w:t>
      </w:r>
    </w:p>
    <w:p w:rsidR="00926326" w:rsidRPr="00794AC5" w:rsidRDefault="005F2855">
      <w:pPr>
        <w:tabs>
          <w:tab w:val="left" w:pos="180"/>
        </w:tabs>
        <w:autoSpaceDE w:val="0"/>
        <w:autoSpaceDN w:val="0"/>
        <w:spacing w:before="190" w:after="0" w:line="290" w:lineRule="auto"/>
        <w:rPr>
          <w:lang w:val="ru-RU"/>
        </w:rPr>
      </w:pPr>
      <w:r w:rsidRPr="00794AC5">
        <w:rPr>
          <w:lang w:val="ru-RU"/>
        </w:rPr>
        <w:tab/>
      </w:r>
      <w:proofErr w:type="gramStart"/>
      <w:r w:rsidRPr="00794AC5">
        <w:rPr>
          <w:rFonts w:ascii="Times New Roman" w:eastAsia="Times New Roman" w:hAnsi="Times New Roman"/>
          <w:b/>
          <w:color w:val="000000"/>
          <w:sz w:val="24"/>
          <w:lang w:val="ru-RU"/>
        </w:rPr>
        <w:t>Модуль «Технология обработки материалов и пищевых продуктов»</w:t>
      </w:r>
      <w:r w:rsidRPr="00794AC5">
        <w:rPr>
          <w:lang w:val="ru-RU"/>
        </w:rPr>
        <w:br/>
      </w:r>
      <w:r w:rsidRPr="00794AC5">
        <w:rPr>
          <w:lang w:val="ru-RU"/>
        </w:rPr>
        <w:tab/>
      </w: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 xml:space="preserve">характеризовать познавательную и преобразовательную деятельность человека; </w:t>
      </w:r>
      <w:r w:rsidRPr="00794AC5">
        <w:rPr>
          <w:lang w:val="ru-RU"/>
        </w:rPr>
        <w:br/>
      </w:r>
      <w:r w:rsidRPr="00794AC5">
        <w:rPr>
          <w:lang w:val="ru-RU"/>
        </w:rPr>
        <w:tab/>
      </w: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 xml:space="preserve">соблюдать правила безопасности; </w:t>
      </w:r>
      <w:r w:rsidRPr="00794AC5">
        <w:rPr>
          <w:lang w:val="ru-RU"/>
        </w:rPr>
        <w:br/>
      </w:r>
      <w:r w:rsidRPr="00794AC5">
        <w:rPr>
          <w:lang w:val="ru-RU"/>
        </w:rPr>
        <w:tab/>
      </w: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 xml:space="preserve">организовывать рабочее место в соответствии с требованиями безопасности; </w:t>
      </w:r>
      <w:r w:rsidRPr="00794AC5">
        <w:rPr>
          <w:lang w:val="ru-RU"/>
        </w:rPr>
        <w:br/>
      </w:r>
      <w:r w:rsidRPr="00794AC5">
        <w:rPr>
          <w:lang w:val="ru-RU"/>
        </w:rPr>
        <w:tab/>
      </w: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 xml:space="preserve">классифицировать и характеризовать инструменты, приспособления и технологическое </w:t>
      </w:r>
      <w:r w:rsidRPr="00794AC5">
        <w:rPr>
          <w:lang w:val="ru-RU"/>
        </w:rPr>
        <w:br/>
      </w: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 xml:space="preserve">оборудование; </w:t>
      </w:r>
      <w:r w:rsidRPr="00794AC5">
        <w:rPr>
          <w:lang w:val="ru-RU"/>
        </w:rPr>
        <w:br/>
      </w:r>
      <w:r w:rsidRPr="00794AC5">
        <w:rPr>
          <w:lang w:val="ru-RU"/>
        </w:rPr>
        <w:tab/>
      </w: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 xml:space="preserve">активно использовать знания, полученные при изучении других учебных предметов, и </w:t>
      </w:r>
      <w:r w:rsidRPr="00794AC5">
        <w:rPr>
          <w:lang w:val="ru-RU"/>
        </w:rPr>
        <w:br/>
      </w: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 xml:space="preserve">сформированные универсальные учебные действия; </w:t>
      </w:r>
      <w:r w:rsidRPr="00794AC5">
        <w:rPr>
          <w:lang w:val="ru-RU"/>
        </w:rPr>
        <w:br/>
      </w:r>
      <w:r w:rsidRPr="00794AC5">
        <w:rPr>
          <w:lang w:val="ru-RU"/>
        </w:rPr>
        <w:tab/>
      </w: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>использовать инструменты, приспособления и технологическое оборудование;</w:t>
      </w:r>
      <w:proofErr w:type="gramEnd"/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 xml:space="preserve"> </w:t>
      </w:r>
      <w:r w:rsidRPr="00794AC5">
        <w:rPr>
          <w:lang w:val="ru-RU"/>
        </w:rPr>
        <w:br/>
      </w:r>
      <w:r w:rsidRPr="00794AC5">
        <w:rPr>
          <w:lang w:val="ru-RU"/>
        </w:rPr>
        <w:tab/>
      </w: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 xml:space="preserve">выполнять технологические операции с использованием ручных инструментов, приспособлений, технологического оборудования; </w:t>
      </w:r>
      <w:r w:rsidRPr="00794AC5">
        <w:rPr>
          <w:lang w:val="ru-RU"/>
        </w:rPr>
        <w:br/>
      </w:r>
      <w:r w:rsidRPr="00794AC5">
        <w:rPr>
          <w:lang w:val="ru-RU"/>
        </w:rPr>
        <w:tab/>
      </w: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 xml:space="preserve">получить возможность научиться использовать цифровые инструменты при изготовлении предметов из различных материалов; </w:t>
      </w:r>
      <w:r w:rsidRPr="00794AC5">
        <w:rPr>
          <w:lang w:val="ru-RU"/>
        </w:rPr>
        <w:br/>
      </w:r>
      <w:r w:rsidRPr="00794AC5">
        <w:rPr>
          <w:lang w:val="ru-RU"/>
        </w:rPr>
        <w:tab/>
      </w: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 xml:space="preserve">характеризовать технологические операции ручной обработки конструкционных материалов; </w:t>
      </w:r>
      <w:r w:rsidRPr="00794AC5">
        <w:rPr>
          <w:lang w:val="ru-RU"/>
        </w:rPr>
        <w:tab/>
      </w: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 xml:space="preserve">применять ручные технологии обработки конструкционных материалов; </w:t>
      </w:r>
      <w:r w:rsidRPr="00794AC5">
        <w:rPr>
          <w:lang w:val="ru-RU"/>
        </w:rPr>
        <w:br/>
      </w:r>
      <w:r w:rsidRPr="00794AC5">
        <w:rPr>
          <w:lang w:val="ru-RU"/>
        </w:rPr>
        <w:tab/>
      </w: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 xml:space="preserve">правильно хранить пищевые продукты; </w:t>
      </w:r>
      <w:r w:rsidRPr="00794AC5">
        <w:rPr>
          <w:lang w:val="ru-RU"/>
        </w:rPr>
        <w:br/>
      </w:r>
      <w:r w:rsidRPr="00794AC5">
        <w:rPr>
          <w:lang w:val="ru-RU"/>
        </w:rPr>
        <w:tab/>
      </w: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 xml:space="preserve">осуществлять механическую и тепловую обработку пищевых продуктов, сохраняя их пищевую ценность; </w:t>
      </w:r>
      <w:r w:rsidRPr="00794AC5">
        <w:rPr>
          <w:lang w:val="ru-RU"/>
        </w:rPr>
        <w:br/>
      </w:r>
      <w:r w:rsidRPr="00794AC5">
        <w:rPr>
          <w:lang w:val="ru-RU"/>
        </w:rPr>
        <w:tab/>
      </w:r>
      <w:proofErr w:type="gramStart"/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 xml:space="preserve">выбирать продукты, инструменты и оборудование для приготовления блюда; </w:t>
      </w:r>
      <w:r w:rsidRPr="00794AC5">
        <w:rPr>
          <w:lang w:val="ru-RU"/>
        </w:rPr>
        <w:br/>
      </w:r>
      <w:r w:rsidRPr="00794AC5">
        <w:rPr>
          <w:lang w:val="ru-RU"/>
        </w:rPr>
        <w:tab/>
      </w: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 xml:space="preserve">осуществлять доступными средствами контроль качества блюда; </w:t>
      </w:r>
      <w:r w:rsidRPr="00794AC5">
        <w:rPr>
          <w:lang w:val="ru-RU"/>
        </w:rPr>
        <w:br/>
      </w:r>
      <w:r w:rsidRPr="00794AC5">
        <w:rPr>
          <w:lang w:val="ru-RU"/>
        </w:rPr>
        <w:tab/>
      </w: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 xml:space="preserve">проектировать интерьер помещения с использованием программных сервисов; </w:t>
      </w:r>
      <w:r w:rsidRPr="00794AC5">
        <w:rPr>
          <w:lang w:val="ru-RU"/>
        </w:rPr>
        <w:br/>
      </w:r>
      <w:r w:rsidRPr="00794AC5">
        <w:rPr>
          <w:lang w:val="ru-RU"/>
        </w:rPr>
        <w:tab/>
      </w: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>составлять последовательность выполнения технологических операций для изготовления швейных изделий;</w:t>
      </w:r>
      <w:proofErr w:type="gramEnd"/>
    </w:p>
    <w:p w:rsidR="00926326" w:rsidRPr="00794AC5" w:rsidRDefault="00926326">
      <w:pPr>
        <w:rPr>
          <w:lang w:val="ru-RU"/>
        </w:rPr>
        <w:sectPr w:rsidR="00926326" w:rsidRPr="00794AC5">
          <w:pgSz w:w="11900" w:h="16840"/>
          <w:pgMar w:top="298" w:right="634" w:bottom="392" w:left="666" w:header="720" w:footer="720" w:gutter="0"/>
          <w:cols w:space="720" w:equalWidth="0">
            <w:col w:w="10600" w:space="0"/>
          </w:cols>
          <w:docGrid w:linePitch="360"/>
        </w:sectPr>
      </w:pPr>
    </w:p>
    <w:p w:rsidR="00926326" w:rsidRPr="00794AC5" w:rsidRDefault="00926326">
      <w:pPr>
        <w:autoSpaceDE w:val="0"/>
        <w:autoSpaceDN w:val="0"/>
        <w:spacing w:after="78" w:line="220" w:lineRule="exact"/>
        <w:rPr>
          <w:lang w:val="ru-RU"/>
        </w:rPr>
      </w:pPr>
    </w:p>
    <w:p w:rsidR="00926326" w:rsidRPr="00794AC5" w:rsidRDefault="005F2855">
      <w:pPr>
        <w:tabs>
          <w:tab w:val="left" w:pos="180"/>
        </w:tabs>
        <w:autoSpaceDE w:val="0"/>
        <w:autoSpaceDN w:val="0"/>
        <w:spacing w:after="0" w:line="283" w:lineRule="auto"/>
        <w:rPr>
          <w:lang w:val="ru-RU"/>
        </w:rPr>
      </w:pPr>
      <w:r w:rsidRPr="00794AC5">
        <w:rPr>
          <w:lang w:val="ru-RU"/>
        </w:rPr>
        <w:tab/>
      </w: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 xml:space="preserve">строить чертежи простых швейных изделий; </w:t>
      </w:r>
      <w:r w:rsidRPr="00794AC5">
        <w:rPr>
          <w:lang w:val="ru-RU"/>
        </w:rPr>
        <w:br/>
      </w:r>
      <w:r w:rsidRPr="00794AC5">
        <w:rPr>
          <w:lang w:val="ru-RU"/>
        </w:rPr>
        <w:tab/>
      </w: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 xml:space="preserve">выбирать материалы, инструменты и оборудование для выполнения швейных работ; </w:t>
      </w:r>
      <w:r w:rsidRPr="00794AC5">
        <w:rPr>
          <w:lang w:val="ru-RU"/>
        </w:rPr>
        <w:br/>
      </w:r>
      <w:r w:rsidRPr="00794AC5">
        <w:rPr>
          <w:lang w:val="ru-RU"/>
        </w:rPr>
        <w:tab/>
      </w: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 xml:space="preserve">выполнять художественное оформление швейных изделий; </w:t>
      </w:r>
      <w:r w:rsidRPr="00794AC5">
        <w:rPr>
          <w:lang w:val="ru-RU"/>
        </w:rPr>
        <w:br/>
      </w:r>
      <w:r w:rsidRPr="00794AC5">
        <w:rPr>
          <w:lang w:val="ru-RU"/>
        </w:rPr>
        <w:tab/>
      </w: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 xml:space="preserve">выделять свойства </w:t>
      </w:r>
      <w:proofErr w:type="spellStart"/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>наноструктур</w:t>
      </w:r>
      <w:proofErr w:type="spellEnd"/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 xml:space="preserve">; </w:t>
      </w:r>
      <w:r w:rsidRPr="00794AC5">
        <w:rPr>
          <w:lang w:val="ru-RU"/>
        </w:rPr>
        <w:br/>
      </w:r>
      <w:r w:rsidRPr="00794AC5">
        <w:rPr>
          <w:lang w:val="ru-RU"/>
        </w:rPr>
        <w:tab/>
      </w: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 xml:space="preserve">приводить примеры </w:t>
      </w:r>
      <w:proofErr w:type="spellStart"/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>наноструктур</w:t>
      </w:r>
      <w:proofErr w:type="spellEnd"/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 xml:space="preserve">, их использования в технологиях; </w:t>
      </w:r>
      <w:r w:rsidRPr="00794AC5">
        <w:rPr>
          <w:lang w:val="ru-RU"/>
        </w:rPr>
        <w:br/>
      </w:r>
      <w:r w:rsidRPr="00794AC5">
        <w:rPr>
          <w:lang w:val="ru-RU"/>
        </w:rPr>
        <w:tab/>
      </w: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 xml:space="preserve">получить возможность познакомиться с </w:t>
      </w:r>
      <w:proofErr w:type="gramStart"/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>физическими</w:t>
      </w:r>
      <w:proofErr w:type="gramEnd"/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 xml:space="preserve"> основы </w:t>
      </w:r>
      <w:proofErr w:type="spellStart"/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>нанотехнологий</w:t>
      </w:r>
      <w:proofErr w:type="spellEnd"/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 xml:space="preserve"> и их использованием для конструирования новых материалов.</w:t>
      </w:r>
    </w:p>
    <w:p w:rsidR="00926326" w:rsidRPr="00794AC5" w:rsidRDefault="00926326">
      <w:pPr>
        <w:rPr>
          <w:lang w:val="ru-RU"/>
        </w:rPr>
        <w:sectPr w:rsidR="00926326" w:rsidRPr="00794AC5">
          <w:pgSz w:w="11900" w:h="16840"/>
          <w:pgMar w:top="298" w:right="760" w:bottom="1440" w:left="666" w:header="720" w:footer="720" w:gutter="0"/>
          <w:cols w:space="720" w:equalWidth="0">
            <w:col w:w="10474" w:space="0"/>
          </w:cols>
          <w:docGrid w:linePitch="360"/>
        </w:sectPr>
      </w:pPr>
    </w:p>
    <w:p w:rsidR="00926326" w:rsidRPr="00794AC5" w:rsidRDefault="00926326">
      <w:pPr>
        <w:autoSpaceDE w:val="0"/>
        <w:autoSpaceDN w:val="0"/>
        <w:spacing w:after="64" w:line="220" w:lineRule="exact"/>
        <w:rPr>
          <w:lang w:val="ru-RU"/>
        </w:rPr>
      </w:pPr>
    </w:p>
    <w:p w:rsidR="00926326" w:rsidRDefault="005F2855">
      <w:pPr>
        <w:autoSpaceDE w:val="0"/>
        <w:autoSpaceDN w:val="0"/>
        <w:spacing w:after="258" w:line="233" w:lineRule="auto"/>
      </w:pPr>
      <w:r>
        <w:rPr>
          <w:rFonts w:ascii="Times New Roman" w:eastAsia="Times New Roman" w:hAnsi="Times New Roman"/>
          <w:b/>
          <w:color w:val="000000"/>
          <w:w w:val="101"/>
          <w:sz w:val="19"/>
        </w:rPr>
        <w:t xml:space="preserve">ТЕМАТИЧЕСКОЕ ПЛАНИРОВАНИЕ </w:t>
      </w:r>
    </w:p>
    <w:tbl>
      <w:tblPr>
        <w:tblW w:w="0" w:type="auto"/>
        <w:tblInd w:w="6" w:type="dxa"/>
        <w:tblLayout w:type="fixed"/>
        <w:tblLook w:val="04A0" w:firstRow="1" w:lastRow="0" w:firstColumn="1" w:lastColumn="0" w:noHBand="0" w:noVBand="1"/>
      </w:tblPr>
      <w:tblGrid>
        <w:gridCol w:w="396"/>
        <w:gridCol w:w="1982"/>
        <w:gridCol w:w="528"/>
        <w:gridCol w:w="1104"/>
        <w:gridCol w:w="1140"/>
        <w:gridCol w:w="926"/>
        <w:gridCol w:w="6136"/>
        <w:gridCol w:w="1116"/>
        <w:gridCol w:w="2174"/>
      </w:tblGrid>
      <w:tr w:rsidR="00926326">
        <w:trPr>
          <w:trHeight w:hRule="exact" w:val="348"/>
        </w:trPr>
        <w:tc>
          <w:tcPr>
            <w:tcW w:w="3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926326" w:rsidRDefault="005F2855">
            <w:pPr>
              <w:autoSpaceDE w:val="0"/>
              <w:autoSpaceDN w:val="0"/>
              <w:spacing w:before="78" w:after="0" w:line="245" w:lineRule="auto"/>
              <w:jc w:val="center"/>
            </w:pPr>
            <w:r>
              <w:rPr>
                <w:rFonts w:ascii="Times New Roman" w:eastAsia="Times New Roman" w:hAnsi="Times New Roman"/>
                <w:b/>
                <w:color w:val="000000"/>
                <w:w w:val="97"/>
                <w:sz w:val="16"/>
              </w:rPr>
              <w:t>№</w:t>
            </w:r>
            <w:r>
              <w:br/>
            </w:r>
            <w:r>
              <w:rPr>
                <w:rFonts w:ascii="Times New Roman" w:eastAsia="Times New Roman" w:hAnsi="Times New Roman"/>
                <w:b/>
                <w:color w:val="000000"/>
                <w:w w:val="97"/>
                <w:sz w:val="16"/>
              </w:rPr>
              <w:t>п/п</w:t>
            </w:r>
          </w:p>
        </w:tc>
        <w:tc>
          <w:tcPr>
            <w:tcW w:w="198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926326" w:rsidRPr="00794AC5" w:rsidRDefault="005F2855">
            <w:pPr>
              <w:autoSpaceDE w:val="0"/>
              <w:autoSpaceDN w:val="0"/>
              <w:spacing w:before="78" w:after="0" w:line="245" w:lineRule="auto"/>
              <w:ind w:left="72" w:right="144"/>
              <w:rPr>
                <w:lang w:val="ru-RU"/>
              </w:rPr>
            </w:pPr>
            <w:r w:rsidRPr="00794AC5">
              <w:rPr>
                <w:rFonts w:ascii="Times New Roman" w:eastAsia="Times New Roman" w:hAnsi="Times New Roman"/>
                <w:b/>
                <w:color w:val="000000"/>
                <w:w w:val="97"/>
                <w:sz w:val="16"/>
                <w:lang w:val="ru-RU"/>
              </w:rPr>
              <w:t>Наименование разделов и тем программы</w:t>
            </w:r>
          </w:p>
        </w:tc>
        <w:tc>
          <w:tcPr>
            <w:tcW w:w="277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926326" w:rsidRDefault="005F2855">
            <w:pPr>
              <w:autoSpaceDE w:val="0"/>
              <w:autoSpaceDN w:val="0"/>
              <w:spacing w:before="78" w:after="0" w:line="230" w:lineRule="auto"/>
              <w:ind w:left="72"/>
            </w:pPr>
            <w:proofErr w:type="spellStart"/>
            <w:r>
              <w:rPr>
                <w:rFonts w:ascii="Times New Roman" w:eastAsia="Times New Roman" w:hAnsi="Times New Roman"/>
                <w:b/>
                <w:color w:val="000000"/>
                <w:w w:val="97"/>
                <w:sz w:val="16"/>
              </w:rPr>
              <w:t>Количество</w:t>
            </w:r>
            <w:proofErr w:type="spellEnd"/>
            <w:r>
              <w:rPr>
                <w:rFonts w:ascii="Times New Roman" w:eastAsia="Times New Roman" w:hAnsi="Times New Roman"/>
                <w:b/>
                <w:color w:val="000000"/>
                <w:w w:val="97"/>
                <w:sz w:val="1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b/>
                <w:color w:val="000000"/>
                <w:w w:val="97"/>
                <w:sz w:val="16"/>
              </w:rPr>
              <w:t>часов</w:t>
            </w:r>
            <w:proofErr w:type="spellEnd"/>
          </w:p>
        </w:tc>
        <w:tc>
          <w:tcPr>
            <w:tcW w:w="9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926326" w:rsidRDefault="005F2855">
            <w:pPr>
              <w:autoSpaceDE w:val="0"/>
              <w:autoSpaceDN w:val="0"/>
              <w:spacing w:before="78" w:after="0" w:line="245" w:lineRule="auto"/>
              <w:ind w:left="74" w:right="144"/>
            </w:pPr>
            <w:r>
              <w:rPr>
                <w:rFonts w:ascii="Times New Roman" w:eastAsia="Times New Roman" w:hAnsi="Times New Roman"/>
                <w:b/>
                <w:color w:val="000000"/>
                <w:w w:val="97"/>
                <w:sz w:val="16"/>
              </w:rPr>
              <w:t xml:space="preserve">Дата </w:t>
            </w:r>
            <w:r>
              <w:br/>
            </w:r>
            <w:r>
              <w:rPr>
                <w:rFonts w:ascii="Times New Roman" w:eastAsia="Times New Roman" w:hAnsi="Times New Roman"/>
                <w:b/>
                <w:color w:val="000000"/>
                <w:w w:val="97"/>
                <w:sz w:val="16"/>
              </w:rPr>
              <w:t>изучения</w:t>
            </w:r>
          </w:p>
        </w:tc>
        <w:tc>
          <w:tcPr>
            <w:tcW w:w="613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926326" w:rsidRDefault="005F2855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b/>
                <w:color w:val="000000"/>
                <w:w w:val="97"/>
                <w:sz w:val="16"/>
              </w:rPr>
              <w:t>Виды деятельности</w:t>
            </w:r>
          </w:p>
        </w:tc>
        <w:tc>
          <w:tcPr>
            <w:tcW w:w="111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926326" w:rsidRDefault="005F2855">
            <w:pPr>
              <w:autoSpaceDE w:val="0"/>
              <w:autoSpaceDN w:val="0"/>
              <w:spacing w:before="78" w:after="0" w:line="247" w:lineRule="auto"/>
              <w:ind w:left="72" w:right="288"/>
            </w:pPr>
            <w:r>
              <w:rPr>
                <w:rFonts w:ascii="Times New Roman" w:eastAsia="Times New Roman" w:hAnsi="Times New Roman"/>
                <w:b/>
                <w:color w:val="000000"/>
                <w:w w:val="97"/>
                <w:sz w:val="16"/>
              </w:rPr>
              <w:t xml:space="preserve">Виды, </w:t>
            </w:r>
            <w:r>
              <w:br/>
            </w:r>
            <w:r>
              <w:rPr>
                <w:rFonts w:ascii="Times New Roman" w:eastAsia="Times New Roman" w:hAnsi="Times New Roman"/>
                <w:b/>
                <w:color w:val="000000"/>
                <w:w w:val="97"/>
                <w:sz w:val="16"/>
              </w:rPr>
              <w:t xml:space="preserve">формы </w:t>
            </w:r>
            <w:r>
              <w:br/>
            </w:r>
            <w:r>
              <w:rPr>
                <w:rFonts w:ascii="Times New Roman" w:eastAsia="Times New Roman" w:hAnsi="Times New Roman"/>
                <w:b/>
                <w:color w:val="000000"/>
                <w:w w:val="97"/>
                <w:sz w:val="16"/>
              </w:rPr>
              <w:t>контроля</w:t>
            </w:r>
          </w:p>
        </w:tc>
        <w:tc>
          <w:tcPr>
            <w:tcW w:w="217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926326" w:rsidRDefault="005F2855">
            <w:pPr>
              <w:autoSpaceDE w:val="0"/>
              <w:autoSpaceDN w:val="0"/>
              <w:spacing w:before="78" w:after="0" w:line="245" w:lineRule="auto"/>
              <w:ind w:left="72" w:right="144"/>
            </w:pPr>
            <w:r>
              <w:rPr>
                <w:rFonts w:ascii="Times New Roman" w:eastAsia="Times New Roman" w:hAnsi="Times New Roman"/>
                <w:b/>
                <w:color w:val="000000"/>
                <w:w w:val="97"/>
                <w:sz w:val="16"/>
              </w:rPr>
              <w:t>Электронные (цифровые) образовательные ресурсы</w:t>
            </w:r>
          </w:p>
        </w:tc>
      </w:tr>
      <w:tr w:rsidR="00926326">
        <w:trPr>
          <w:trHeight w:hRule="exact" w:val="540"/>
        </w:trPr>
        <w:tc>
          <w:tcPr>
            <w:tcW w:w="17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6326" w:rsidRDefault="00926326"/>
        </w:tc>
        <w:tc>
          <w:tcPr>
            <w:tcW w:w="17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6326" w:rsidRDefault="00926326"/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926326" w:rsidRDefault="005F2855">
            <w:pPr>
              <w:autoSpaceDE w:val="0"/>
              <w:autoSpaceDN w:val="0"/>
              <w:spacing w:before="78" w:after="0" w:line="230" w:lineRule="auto"/>
              <w:jc w:val="center"/>
            </w:pPr>
            <w:r>
              <w:rPr>
                <w:rFonts w:ascii="Times New Roman" w:eastAsia="Times New Roman" w:hAnsi="Times New Roman"/>
                <w:b/>
                <w:color w:val="000000"/>
                <w:w w:val="97"/>
                <w:sz w:val="16"/>
              </w:rPr>
              <w:t>всего</w:t>
            </w:r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926326" w:rsidRDefault="005F2855">
            <w:pPr>
              <w:autoSpaceDE w:val="0"/>
              <w:autoSpaceDN w:val="0"/>
              <w:spacing w:before="78" w:after="0" w:line="245" w:lineRule="auto"/>
              <w:ind w:left="72"/>
            </w:pPr>
            <w:r>
              <w:rPr>
                <w:rFonts w:ascii="Times New Roman" w:eastAsia="Times New Roman" w:hAnsi="Times New Roman"/>
                <w:b/>
                <w:color w:val="000000"/>
                <w:w w:val="97"/>
                <w:sz w:val="16"/>
              </w:rPr>
              <w:t>контрольные работы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926326" w:rsidRDefault="005F2855">
            <w:pPr>
              <w:autoSpaceDE w:val="0"/>
              <w:autoSpaceDN w:val="0"/>
              <w:spacing w:before="78" w:after="0" w:line="245" w:lineRule="auto"/>
              <w:ind w:left="72"/>
            </w:pPr>
            <w:r>
              <w:rPr>
                <w:rFonts w:ascii="Times New Roman" w:eastAsia="Times New Roman" w:hAnsi="Times New Roman"/>
                <w:b/>
                <w:color w:val="000000"/>
                <w:w w:val="97"/>
                <w:sz w:val="16"/>
              </w:rPr>
              <w:t>практические работы</w:t>
            </w:r>
          </w:p>
        </w:tc>
        <w:tc>
          <w:tcPr>
            <w:tcW w:w="17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6326" w:rsidRDefault="00926326"/>
        </w:tc>
        <w:tc>
          <w:tcPr>
            <w:tcW w:w="17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6326" w:rsidRDefault="00926326"/>
        </w:tc>
        <w:tc>
          <w:tcPr>
            <w:tcW w:w="17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6326" w:rsidRDefault="00926326"/>
        </w:tc>
        <w:tc>
          <w:tcPr>
            <w:tcW w:w="17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26326" w:rsidRDefault="00926326"/>
        </w:tc>
      </w:tr>
      <w:tr w:rsidR="00926326">
        <w:trPr>
          <w:trHeight w:hRule="exact" w:val="348"/>
        </w:trPr>
        <w:tc>
          <w:tcPr>
            <w:tcW w:w="15502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926326" w:rsidRDefault="005F2855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Модуль 1. </w:t>
            </w:r>
            <w:r>
              <w:rPr>
                <w:rFonts w:ascii="Times New Roman" w:eastAsia="Times New Roman" w:hAnsi="Times New Roman"/>
                <w:b/>
                <w:color w:val="000000"/>
                <w:w w:val="97"/>
                <w:sz w:val="16"/>
              </w:rPr>
              <w:t>Производство и технология</w:t>
            </w:r>
          </w:p>
        </w:tc>
      </w:tr>
      <w:tr w:rsidR="00926326" w:rsidTr="006853D1">
        <w:trPr>
          <w:trHeight w:hRule="exact" w:val="2276"/>
        </w:trPr>
        <w:tc>
          <w:tcPr>
            <w:tcW w:w="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926326" w:rsidRDefault="005F2855">
            <w:pPr>
              <w:autoSpaceDE w:val="0"/>
              <w:autoSpaceDN w:val="0"/>
              <w:spacing w:before="80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1.1.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926326" w:rsidRDefault="005F2855">
            <w:pPr>
              <w:autoSpaceDE w:val="0"/>
              <w:autoSpaceDN w:val="0"/>
              <w:spacing w:before="80" w:after="0" w:line="245" w:lineRule="auto"/>
              <w:ind w:left="72" w:right="288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Преобразовательная деятельность человека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926326" w:rsidRDefault="005F2855">
            <w:pPr>
              <w:autoSpaceDE w:val="0"/>
              <w:autoSpaceDN w:val="0"/>
              <w:spacing w:before="80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6</w:t>
            </w:r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926326" w:rsidRDefault="005F2855">
            <w:pPr>
              <w:autoSpaceDE w:val="0"/>
              <w:autoSpaceDN w:val="0"/>
              <w:spacing w:before="80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0.5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926326" w:rsidRDefault="005F2855">
            <w:pPr>
              <w:autoSpaceDE w:val="0"/>
              <w:autoSpaceDN w:val="0"/>
              <w:spacing w:before="80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5.5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926326" w:rsidRDefault="005F2855">
            <w:pPr>
              <w:autoSpaceDE w:val="0"/>
              <w:autoSpaceDN w:val="0"/>
              <w:spacing w:before="80" w:after="0" w:line="245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01.09.2022 21.09.2022</w:t>
            </w:r>
          </w:p>
        </w:tc>
        <w:tc>
          <w:tcPr>
            <w:tcW w:w="6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926326" w:rsidRPr="00794AC5" w:rsidRDefault="005F2855">
            <w:pPr>
              <w:autoSpaceDE w:val="0"/>
              <w:autoSpaceDN w:val="0"/>
              <w:spacing w:before="80" w:after="0" w:line="245" w:lineRule="auto"/>
              <w:ind w:left="72" w:right="576"/>
              <w:rPr>
                <w:lang w:val="ru-RU"/>
              </w:rPr>
            </w:pPr>
            <w:r w:rsidRPr="00794AC5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характеризовать познавательную и преобразовательную деятельность человека; выделять простейшие элементы различных моделей;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926326" w:rsidRDefault="005F2855">
            <w:pPr>
              <w:autoSpaceDE w:val="0"/>
              <w:autoSpaceDN w:val="0"/>
              <w:spacing w:before="80" w:after="0" w:line="245" w:lineRule="auto"/>
              <w:ind w:left="72" w:right="432"/>
            </w:pPr>
            <w:proofErr w:type="spellStart"/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Устный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 </w:t>
            </w:r>
            <w:r>
              <w:br/>
            </w:r>
            <w:proofErr w:type="spellStart"/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опрос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;</w:t>
            </w:r>
          </w:p>
        </w:tc>
        <w:tc>
          <w:tcPr>
            <w:tcW w:w="2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926326" w:rsidRPr="00794AC5" w:rsidRDefault="00794AC5">
            <w:pPr>
              <w:autoSpaceDE w:val="0"/>
              <w:autoSpaceDN w:val="0"/>
              <w:spacing w:before="80" w:after="0" w:line="250" w:lineRule="auto"/>
              <w:ind w:left="72" w:right="1296"/>
              <w:rPr>
                <w:rFonts w:ascii="Times New Roman" w:eastAsia="Times New Roman" w:hAnsi="Times New Roman"/>
                <w:color w:val="000000"/>
                <w:w w:val="97"/>
                <w:sz w:val="16"/>
              </w:rPr>
            </w:pPr>
            <w:r w:rsidRPr="00794AC5"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https://infourok.ru/urok-na-temu-materialnye-tehnologii-informacionnye-tehnologii-4220503.html</w:t>
            </w:r>
          </w:p>
          <w:p w:rsidR="00794AC5" w:rsidRPr="00794AC5" w:rsidRDefault="00794AC5">
            <w:pPr>
              <w:autoSpaceDE w:val="0"/>
              <w:autoSpaceDN w:val="0"/>
              <w:spacing w:before="80" w:after="0" w:line="250" w:lineRule="auto"/>
              <w:ind w:left="72" w:right="1296"/>
              <w:rPr>
                <w:rFonts w:ascii="Times New Roman" w:eastAsia="Times New Roman" w:hAnsi="Times New Roman"/>
                <w:color w:val="000000"/>
                <w:w w:val="97"/>
                <w:sz w:val="16"/>
              </w:rPr>
            </w:pPr>
          </w:p>
          <w:p w:rsidR="00794AC5" w:rsidRPr="00794AC5" w:rsidRDefault="00794AC5">
            <w:pPr>
              <w:autoSpaceDE w:val="0"/>
              <w:autoSpaceDN w:val="0"/>
              <w:spacing w:before="80" w:after="0" w:line="250" w:lineRule="auto"/>
              <w:ind w:left="72" w:right="1296"/>
            </w:pPr>
          </w:p>
        </w:tc>
      </w:tr>
      <w:tr w:rsidR="00926326">
        <w:trPr>
          <w:trHeight w:hRule="exact" w:val="1692"/>
        </w:trPr>
        <w:tc>
          <w:tcPr>
            <w:tcW w:w="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926326" w:rsidRDefault="005F2855">
            <w:pPr>
              <w:autoSpaceDE w:val="0"/>
              <w:autoSpaceDN w:val="0"/>
              <w:spacing w:before="76" w:after="0" w:line="233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1.2.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926326" w:rsidRDefault="005F2855">
            <w:pPr>
              <w:autoSpaceDE w:val="0"/>
              <w:autoSpaceDN w:val="0"/>
              <w:spacing w:before="76" w:after="0" w:line="245" w:lineRule="auto"/>
              <w:ind w:left="72" w:right="43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Алгоритмы и начала технологии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926326" w:rsidRDefault="005F2855">
            <w:pPr>
              <w:autoSpaceDE w:val="0"/>
              <w:autoSpaceDN w:val="0"/>
              <w:spacing w:before="76" w:after="0" w:line="233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4</w:t>
            </w:r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926326" w:rsidRDefault="005F2855">
            <w:pPr>
              <w:autoSpaceDE w:val="0"/>
              <w:autoSpaceDN w:val="0"/>
              <w:spacing w:before="76" w:after="0" w:line="233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0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926326" w:rsidRDefault="005F2855">
            <w:pPr>
              <w:autoSpaceDE w:val="0"/>
              <w:autoSpaceDN w:val="0"/>
              <w:spacing w:before="76" w:after="0" w:line="233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4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926326" w:rsidRDefault="005F2855">
            <w:pPr>
              <w:autoSpaceDE w:val="0"/>
              <w:autoSpaceDN w:val="0"/>
              <w:spacing w:before="76" w:after="0" w:line="245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22.09.2022 05.10.2022</w:t>
            </w:r>
          </w:p>
        </w:tc>
        <w:tc>
          <w:tcPr>
            <w:tcW w:w="6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926326" w:rsidRPr="00794AC5" w:rsidRDefault="005F2855">
            <w:pPr>
              <w:autoSpaceDE w:val="0"/>
              <w:autoSpaceDN w:val="0"/>
              <w:spacing w:before="76" w:after="0" w:line="254" w:lineRule="auto"/>
              <w:ind w:left="72" w:right="432"/>
              <w:rPr>
                <w:lang w:val="ru-RU"/>
              </w:rPr>
            </w:pPr>
            <w:r w:rsidRPr="00794AC5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выделять алгоритмы среди других предписаний; </w:t>
            </w:r>
            <w:r w:rsidRPr="00794AC5">
              <w:rPr>
                <w:lang w:val="ru-RU"/>
              </w:rPr>
              <w:br/>
            </w:r>
            <w:r w:rsidRPr="00794AC5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формулировать свойства алгоритмов; </w:t>
            </w:r>
            <w:r w:rsidRPr="00794AC5">
              <w:rPr>
                <w:lang w:val="ru-RU"/>
              </w:rPr>
              <w:br/>
            </w:r>
            <w:r w:rsidRPr="00794AC5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называть основное свойство алгоритма; </w:t>
            </w:r>
            <w:r w:rsidRPr="00794AC5">
              <w:rPr>
                <w:lang w:val="ru-RU"/>
              </w:rPr>
              <w:br/>
            </w:r>
            <w:r w:rsidRPr="00794AC5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исполнять алгоритмы; </w:t>
            </w:r>
            <w:r w:rsidRPr="00794AC5">
              <w:rPr>
                <w:lang w:val="ru-RU"/>
              </w:rPr>
              <w:br/>
            </w:r>
            <w:r w:rsidRPr="00794AC5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оценивать результаты исполнения алгоритма (соответствие или несоответствие поставленной задаче); </w:t>
            </w:r>
            <w:r w:rsidRPr="00794AC5">
              <w:rPr>
                <w:lang w:val="ru-RU"/>
              </w:rPr>
              <w:br/>
            </w:r>
            <w:r w:rsidRPr="00794AC5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реализовывать простейшие алгоритмы с помощью учебных программ из коллекции </w:t>
            </w:r>
            <w:proofErr w:type="spellStart"/>
            <w:r w:rsidRPr="00794AC5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ЦОРов</w:t>
            </w:r>
            <w:proofErr w:type="spellEnd"/>
            <w:r w:rsidRPr="00794AC5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;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926326" w:rsidRDefault="005F2855">
            <w:pPr>
              <w:autoSpaceDE w:val="0"/>
              <w:autoSpaceDN w:val="0"/>
              <w:spacing w:before="76" w:after="0" w:line="250" w:lineRule="auto"/>
              <w:ind w:left="72"/>
            </w:pPr>
            <w:proofErr w:type="spellStart"/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Устный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 </w:t>
            </w:r>
            <w:r>
              <w:br/>
            </w:r>
            <w:proofErr w:type="spellStart"/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опрос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; </w:t>
            </w:r>
            <w:r>
              <w:br/>
            </w:r>
            <w:proofErr w:type="spellStart"/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Практическая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работа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;</w:t>
            </w:r>
          </w:p>
        </w:tc>
        <w:tc>
          <w:tcPr>
            <w:tcW w:w="2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926326" w:rsidRDefault="005F2855">
            <w:pPr>
              <w:autoSpaceDE w:val="0"/>
              <w:autoSpaceDN w:val="0"/>
              <w:spacing w:before="76" w:after="0" w:line="250" w:lineRule="auto"/>
              <w:ind w:left="72" w:right="1296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resh.edu.ru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uchi.ru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foxford.ru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infourok.ru</w:t>
            </w:r>
          </w:p>
        </w:tc>
      </w:tr>
      <w:tr w:rsidR="00926326">
        <w:trPr>
          <w:trHeight w:hRule="exact" w:val="1310"/>
        </w:trPr>
        <w:tc>
          <w:tcPr>
            <w:tcW w:w="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926326" w:rsidRDefault="005F2855">
            <w:pPr>
              <w:autoSpaceDE w:val="0"/>
              <w:autoSpaceDN w:val="0"/>
              <w:spacing w:before="7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1.3.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926326" w:rsidRDefault="005F2855">
            <w:pPr>
              <w:autoSpaceDE w:val="0"/>
              <w:autoSpaceDN w:val="0"/>
              <w:spacing w:before="78" w:after="0" w:line="247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Простейшие механические роботы-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исполнители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926326" w:rsidRDefault="005F2855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2</w:t>
            </w:r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926326" w:rsidRDefault="005F2855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0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926326" w:rsidRDefault="005F2855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1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926326" w:rsidRDefault="005F2855">
            <w:pPr>
              <w:autoSpaceDE w:val="0"/>
              <w:autoSpaceDN w:val="0"/>
              <w:spacing w:before="78" w:after="0" w:line="245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06.10.2022 12.10.2022</w:t>
            </w:r>
          </w:p>
        </w:tc>
        <w:tc>
          <w:tcPr>
            <w:tcW w:w="6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926326" w:rsidRPr="00794AC5" w:rsidRDefault="005F2855">
            <w:pPr>
              <w:autoSpaceDE w:val="0"/>
              <w:autoSpaceDN w:val="0"/>
              <w:spacing w:before="78" w:after="0" w:line="252" w:lineRule="auto"/>
              <w:ind w:left="72" w:right="144"/>
              <w:rPr>
                <w:lang w:val="ru-RU"/>
              </w:rPr>
            </w:pPr>
            <w:r w:rsidRPr="00794AC5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планирование пути достижения целей, выбор наиболее эффективных способов решения поставленной задачи; </w:t>
            </w:r>
            <w:r w:rsidRPr="00794AC5">
              <w:rPr>
                <w:lang w:val="ru-RU"/>
              </w:rPr>
              <w:br/>
            </w:r>
            <w:r w:rsidRPr="00794AC5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соотнесение своих действий с планируемыми результатами, осуществление контроля своей деятельности в процессе достижения результата; </w:t>
            </w:r>
            <w:r w:rsidRPr="00794AC5">
              <w:rPr>
                <w:lang w:val="ru-RU"/>
              </w:rPr>
              <w:br/>
            </w:r>
            <w:r w:rsidRPr="00794AC5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программирование движения робота; </w:t>
            </w:r>
            <w:r w:rsidRPr="00794AC5">
              <w:rPr>
                <w:lang w:val="ru-RU"/>
              </w:rPr>
              <w:br/>
            </w:r>
            <w:r w:rsidRPr="00794AC5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исполнение программы;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926326" w:rsidRDefault="005F2855">
            <w:pPr>
              <w:autoSpaceDE w:val="0"/>
              <w:autoSpaceDN w:val="0"/>
              <w:spacing w:before="78" w:after="0" w:line="250" w:lineRule="auto"/>
              <w:ind w:left="72"/>
            </w:pPr>
            <w:proofErr w:type="spellStart"/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Устный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 </w:t>
            </w:r>
            <w:r>
              <w:br/>
            </w:r>
            <w:proofErr w:type="spellStart"/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опрос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; </w:t>
            </w:r>
            <w:r>
              <w:br/>
            </w:r>
            <w:proofErr w:type="spellStart"/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Практическая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работа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;</w:t>
            </w:r>
          </w:p>
        </w:tc>
        <w:tc>
          <w:tcPr>
            <w:tcW w:w="2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926326" w:rsidRDefault="005F2855">
            <w:pPr>
              <w:autoSpaceDE w:val="0"/>
              <w:autoSpaceDN w:val="0"/>
              <w:spacing w:before="78" w:after="0" w:line="250" w:lineRule="auto"/>
              <w:ind w:left="72" w:right="1296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resh.edu.ru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uchi.ru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foxford.ru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infourok.ru</w:t>
            </w:r>
          </w:p>
        </w:tc>
      </w:tr>
      <w:tr w:rsidR="00926326" w:rsidRPr="00ED4F7D">
        <w:trPr>
          <w:trHeight w:hRule="exact" w:val="1116"/>
        </w:trPr>
        <w:tc>
          <w:tcPr>
            <w:tcW w:w="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926326" w:rsidRDefault="005F2855">
            <w:pPr>
              <w:autoSpaceDE w:val="0"/>
              <w:autoSpaceDN w:val="0"/>
              <w:spacing w:before="76" w:after="0" w:line="233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1.4.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926326" w:rsidRDefault="005F2855">
            <w:pPr>
              <w:autoSpaceDE w:val="0"/>
              <w:autoSpaceDN w:val="0"/>
              <w:spacing w:before="76" w:after="0" w:line="245" w:lineRule="auto"/>
              <w:ind w:left="72" w:right="43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Простейшие машины и механизмы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926326" w:rsidRDefault="005F2855">
            <w:pPr>
              <w:autoSpaceDE w:val="0"/>
              <w:autoSpaceDN w:val="0"/>
              <w:spacing w:before="76" w:after="0" w:line="233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6</w:t>
            </w:r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926326" w:rsidRDefault="005F2855">
            <w:pPr>
              <w:autoSpaceDE w:val="0"/>
              <w:autoSpaceDN w:val="0"/>
              <w:spacing w:before="76" w:after="0" w:line="233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0.5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926326" w:rsidRDefault="005F2855">
            <w:pPr>
              <w:autoSpaceDE w:val="0"/>
              <w:autoSpaceDN w:val="0"/>
              <w:spacing w:before="76" w:after="0" w:line="233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5.5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926326" w:rsidRDefault="005F2855">
            <w:pPr>
              <w:autoSpaceDE w:val="0"/>
              <w:autoSpaceDN w:val="0"/>
              <w:spacing w:before="76" w:after="0" w:line="245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13.10.2022 09.11.2022</w:t>
            </w:r>
          </w:p>
        </w:tc>
        <w:tc>
          <w:tcPr>
            <w:tcW w:w="6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926326" w:rsidRPr="00794AC5" w:rsidRDefault="005F2855">
            <w:pPr>
              <w:autoSpaceDE w:val="0"/>
              <w:autoSpaceDN w:val="0"/>
              <w:spacing w:before="76" w:after="0" w:line="252" w:lineRule="auto"/>
              <w:ind w:left="72" w:right="432"/>
              <w:rPr>
                <w:lang w:val="ru-RU"/>
              </w:rPr>
            </w:pPr>
            <w:r w:rsidRPr="00794AC5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называть основные виды механических движений; </w:t>
            </w:r>
            <w:r w:rsidRPr="00794AC5">
              <w:rPr>
                <w:lang w:val="ru-RU"/>
              </w:rPr>
              <w:br/>
            </w:r>
            <w:r w:rsidRPr="00794AC5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описывать способы преобразования движения из одного вида в другой; </w:t>
            </w:r>
            <w:r w:rsidRPr="00794AC5">
              <w:rPr>
                <w:lang w:val="ru-RU"/>
              </w:rPr>
              <w:br/>
            </w:r>
            <w:r w:rsidRPr="00794AC5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называть способы передачи движения с заданными усилиями и скоростями; изображать графически простейшую схему машины или механизма, в том числе с обратной связью;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926326" w:rsidRPr="00794AC5" w:rsidRDefault="005F2855">
            <w:pPr>
              <w:autoSpaceDE w:val="0"/>
              <w:autoSpaceDN w:val="0"/>
              <w:spacing w:before="76" w:after="0" w:line="252" w:lineRule="auto"/>
              <w:ind w:left="72"/>
              <w:rPr>
                <w:lang w:val="ru-RU"/>
              </w:rPr>
            </w:pPr>
            <w:r w:rsidRPr="00794AC5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Устный </w:t>
            </w:r>
            <w:r w:rsidRPr="00794AC5">
              <w:rPr>
                <w:lang w:val="ru-RU"/>
              </w:rPr>
              <w:br/>
            </w:r>
            <w:r w:rsidRPr="00794AC5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опрос; </w:t>
            </w:r>
            <w:r w:rsidRPr="00794AC5">
              <w:rPr>
                <w:lang w:val="ru-RU"/>
              </w:rPr>
              <w:br/>
            </w:r>
            <w:r w:rsidRPr="00794AC5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Практическая работа; </w:t>
            </w:r>
            <w:r w:rsidRPr="00794AC5">
              <w:rPr>
                <w:lang w:val="ru-RU"/>
              </w:rPr>
              <w:br/>
            </w:r>
            <w:r w:rsidRPr="00794AC5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Тестирование;</w:t>
            </w:r>
          </w:p>
        </w:tc>
        <w:tc>
          <w:tcPr>
            <w:tcW w:w="2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926326" w:rsidRPr="00794AC5" w:rsidRDefault="005F2855">
            <w:pPr>
              <w:autoSpaceDE w:val="0"/>
              <w:autoSpaceDN w:val="0"/>
              <w:spacing w:before="76" w:after="0" w:line="250" w:lineRule="auto"/>
              <w:ind w:left="72" w:right="1296"/>
              <w:rPr>
                <w:lang w:val="ru-RU"/>
              </w:rPr>
            </w:pPr>
            <w:proofErr w:type="spellStart"/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resh</w:t>
            </w:r>
            <w:proofErr w:type="spellEnd"/>
            <w:r w:rsidRPr="00794AC5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.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edu</w:t>
            </w:r>
            <w:proofErr w:type="spellEnd"/>
            <w:r w:rsidRPr="00794AC5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.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ru</w:t>
            </w:r>
            <w:proofErr w:type="spellEnd"/>
            <w:r w:rsidRPr="00794AC5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 </w:t>
            </w:r>
            <w:r w:rsidRPr="00794AC5">
              <w:rPr>
                <w:lang w:val="ru-RU"/>
              </w:rPr>
              <w:br/>
            </w:r>
            <w:proofErr w:type="spellStart"/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uchi</w:t>
            </w:r>
            <w:proofErr w:type="spellEnd"/>
            <w:r w:rsidRPr="00794AC5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.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ru</w:t>
            </w:r>
            <w:proofErr w:type="spellEnd"/>
            <w:r w:rsidRPr="00794AC5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 </w:t>
            </w:r>
            <w:r w:rsidRPr="00794AC5">
              <w:rPr>
                <w:lang w:val="ru-RU"/>
              </w:rPr>
              <w:br/>
            </w:r>
            <w:proofErr w:type="spellStart"/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foxford</w:t>
            </w:r>
            <w:proofErr w:type="spellEnd"/>
            <w:r w:rsidRPr="00794AC5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.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ru</w:t>
            </w:r>
            <w:proofErr w:type="spellEnd"/>
            <w:r w:rsidRPr="00794AC5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 </w:t>
            </w:r>
            <w:r w:rsidRPr="00794AC5">
              <w:rPr>
                <w:lang w:val="ru-RU"/>
              </w:rPr>
              <w:br/>
            </w:r>
            <w:proofErr w:type="spellStart"/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infourok</w:t>
            </w:r>
            <w:proofErr w:type="spellEnd"/>
            <w:r w:rsidRPr="00794AC5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.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ru</w:t>
            </w:r>
            <w:proofErr w:type="spellEnd"/>
          </w:p>
        </w:tc>
      </w:tr>
      <w:tr w:rsidR="00926326">
        <w:trPr>
          <w:trHeight w:hRule="exact" w:val="972"/>
        </w:trPr>
        <w:tc>
          <w:tcPr>
            <w:tcW w:w="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926326" w:rsidRDefault="005F2855">
            <w:pPr>
              <w:autoSpaceDE w:val="0"/>
              <w:autoSpaceDN w:val="0"/>
              <w:spacing w:before="76" w:after="0" w:line="233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1.5.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926326" w:rsidRPr="00794AC5" w:rsidRDefault="005F2855">
            <w:pPr>
              <w:autoSpaceDE w:val="0"/>
              <w:autoSpaceDN w:val="0"/>
              <w:spacing w:before="76" w:after="0" w:line="250" w:lineRule="auto"/>
              <w:ind w:left="72"/>
              <w:rPr>
                <w:lang w:val="ru-RU"/>
              </w:rPr>
            </w:pPr>
            <w:r w:rsidRPr="00794AC5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Механические, электр</w:t>
            </w:r>
            <w:proofErr w:type="gramStart"/>
            <w:r w:rsidRPr="00794AC5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о-</w:t>
            </w:r>
            <w:proofErr w:type="gramEnd"/>
            <w:r w:rsidRPr="00794AC5">
              <w:rPr>
                <w:lang w:val="ru-RU"/>
              </w:rPr>
              <w:br/>
            </w:r>
            <w:r w:rsidRPr="00794AC5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технические и </w:t>
            </w:r>
            <w:proofErr w:type="spellStart"/>
            <w:r w:rsidRPr="00794AC5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робото</w:t>
            </w:r>
            <w:proofErr w:type="spellEnd"/>
            <w:r w:rsidRPr="00794AC5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-</w:t>
            </w:r>
            <w:r w:rsidRPr="00794AC5">
              <w:rPr>
                <w:lang w:val="ru-RU"/>
              </w:rPr>
              <w:br/>
            </w:r>
            <w:r w:rsidRPr="00794AC5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технические конструкторы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926326" w:rsidRDefault="005F2855">
            <w:pPr>
              <w:autoSpaceDE w:val="0"/>
              <w:autoSpaceDN w:val="0"/>
              <w:spacing w:before="76" w:after="0" w:line="233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2</w:t>
            </w:r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926326" w:rsidRDefault="005F2855">
            <w:pPr>
              <w:autoSpaceDE w:val="0"/>
              <w:autoSpaceDN w:val="0"/>
              <w:spacing w:before="76" w:after="0" w:line="233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0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926326" w:rsidRDefault="005F2855">
            <w:pPr>
              <w:autoSpaceDE w:val="0"/>
              <w:autoSpaceDN w:val="0"/>
              <w:spacing w:before="76" w:after="0" w:line="233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1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926326" w:rsidRDefault="005F2855">
            <w:pPr>
              <w:autoSpaceDE w:val="0"/>
              <w:autoSpaceDN w:val="0"/>
              <w:spacing w:before="76" w:after="0" w:line="245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10.11.2022 16.11.2022</w:t>
            </w:r>
          </w:p>
        </w:tc>
        <w:tc>
          <w:tcPr>
            <w:tcW w:w="6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926326" w:rsidRPr="00794AC5" w:rsidRDefault="005F2855">
            <w:pPr>
              <w:autoSpaceDE w:val="0"/>
              <w:autoSpaceDN w:val="0"/>
              <w:spacing w:before="76" w:after="0" w:line="245" w:lineRule="auto"/>
              <w:ind w:left="72" w:right="864"/>
              <w:rPr>
                <w:lang w:val="ru-RU"/>
              </w:rPr>
            </w:pPr>
            <w:r w:rsidRPr="00794AC5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называть основные детали конструктора и знать их назначение; </w:t>
            </w:r>
            <w:r w:rsidRPr="00794AC5">
              <w:rPr>
                <w:lang w:val="ru-RU"/>
              </w:rPr>
              <w:br/>
            </w:r>
            <w:r w:rsidRPr="00794AC5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конструирование простейших соединений с помощью деталей конструктора;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926326" w:rsidRDefault="005F2855">
            <w:pPr>
              <w:autoSpaceDE w:val="0"/>
              <w:autoSpaceDN w:val="0"/>
              <w:spacing w:before="76" w:after="0" w:line="250" w:lineRule="auto"/>
              <w:ind w:left="72"/>
            </w:pPr>
            <w:proofErr w:type="spellStart"/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Устный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 </w:t>
            </w:r>
            <w:r>
              <w:br/>
            </w:r>
            <w:proofErr w:type="spellStart"/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опрос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; </w:t>
            </w:r>
            <w:r>
              <w:br/>
            </w:r>
            <w:proofErr w:type="spellStart"/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Практическая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работа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;</w:t>
            </w:r>
          </w:p>
        </w:tc>
        <w:tc>
          <w:tcPr>
            <w:tcW w:w="2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926326" w:rsidRDefault="005F2855">
            <w:pPr>
              <w:autoSpaceDE w:val="0"/>
              <w:autoSpaceDN w:val="0"/>
              <w:spacing w:before="76" w:after="0" w:line="250" w:lineRule="auto"/>
              <w:ind w:left="72" w:right="1296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resh.edu.ru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uchi.ru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foxford.ru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infourok.ru</w:t>
            </w:r>
          </w:p>
        </w:tc>
      </w:tr>
      <w:tr w:rsidR="00926326">
        <w:trPr>
          <w:trHeight w:hRule="exact" w:val="1116"/>
        </w:trPr>
        <w:tc>
          <w:tcPr>
            <w:tcW w:w="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926326" w:rsidRDefault="005F2855">
            <w:pPr>
              <w:autoSpaceDE w:val="0"/>
              <w:autoSpaceDN w:val="0"/>
              <w:spacing w:before="7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1.6.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926326" w:rsidRDefault="005F2855">
            <w:pPr>
              <w:autoSpaceDE w:val="0"/>
              <w:autoSpaceDN w:val="0"/>
              <w:spacing w:before="78" w:after="0" w:line="245" w:lineRule="auto"/>
              <w:ind w:left="72" w:right="288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Простые механические модели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926326" w:rsidRDefault="005F2855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10</w:t>
            </w:r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926326" w:rsidRDefault="005F2855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0.5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926326" w:rsidRDefault="005F2855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1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926326" w:rsidRDefault="005F2855">
            <w:pPr>
              <w:autoSpaceDE w:val="0"/>
              <w:autoSpaceDN w:val="0"/>
              <w:spacing w:before="78" w:after="0" w:line="245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17.11.2022 21.12.2022</w:t>
            </w:r>
          </w:p>
        </w:tc>
        <w:tc>
          <w:tcPr>
            <w:tcW w:w="6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926326" w:rsidRPr="00794AC5" w:rsidRDefault="005F2855">
            <w:pPr>
              <w:autoSpaceDE w:val="0"/>
              <w:autoSpaceDN w:val="0"/>
              <w:spacing w:before="78" w:after="0" w:line="252" w:lineRule="auto"/>
              <w:ind w:left="72" w:right="288"/>
              <w:rPr>
                <w:lang w:val="ru-RU"/>
              </w:rPr>
            </w:pPr>
            <w:proofErr w:type="gramStart"/>
            <w:r w:rsidRPr="00794AC5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выделять различные виды движения в будущей модели; </w:t>
            </w:r>
            <w:r w:rsidRPr="00794AC5">
              <w:rPr>
                <w:lang w:val="ru-RU"/>
              </w:rPr>
              <w:br/>
            </w:r>
            <w:r w:rsidRPr="00794AC5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планировать преобразование видов движения; </w:t>
            </w:r>
            <w:r w:rsidRPr="00794AC5">
              <w:rPr>
                <w:lang w:val="ru-RU"/>
              </w:rPr>
              <w:br/>
            </w:r>
            <w:r w:rsidRPr="00794AC5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планировать движение с заданными параметрами; </w:t>
            </w:r>
            <w:r w:rsidRPr="00794AC5">
              <w:rPr>
                <w:lang w:val="ru-RU"/>
              </w:rPr>
              <w:br/>
            </w:r>
            <w:r w:rsidRPr="00794AC5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сборка простых механических моделей с использованием цилиндрической передачи, конической передачи, червячной передачи, ременной передачи, кулисы;</w:t>
            </w:r>
            <w:proofErr w:type="gramEnd"/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926326" w:rsidRDefault="005F2855">
            <w:pPr>
              <w:autoSpaceDE w:val="0"/>
              <w:autoSpaceDN w:val="0"/>
              <w:spacing w:before="78" w:after="0" w:line="250" w:lineRule="auto"/>
              <w:ind w:left="72"/>
            </w:pPr>
            <w:proofErr w:type="spellStart"/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Устный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 </w:t>
            </w:r>
            <w:r>
              <w:br/>
            </w:r>
            <w:proofErr w:type="spellStart"/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опрос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; </w:t>
            </w:r>
            <w:r>
              <w:br/>
            </w:r>
            <w:proofErr w:type="spellStart"/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Практическая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работа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;</w:t>
            </w:r>
          </w:p>
        </w:tc>
        <w:tc>
          <w:tcPr>
            <w:tcW w:w="2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926326" w:rsidRDefault="005F2855">
            <w:pPr>
              <w:autoSpaceDE w:val="0"/>
              <w:autoSpaceDN w:val="0"/>
              <w:spacing w:before="78" w:after="0" w:line="250" w:lineRule="auto"/>
              <w:ind w:left="72" w:right="1296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resh.edu.ru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uchi.ru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foxford.ru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infourok.ru</w:t>
            </w:r>
          </w:p>
        </w:tc>
      </w:tr>
      <w:tr w:rsidR="00926326">
        <w:trPr>
          <w:trHeight w:hRule="exact" w:val="1118"/>
        </w:trPr>
        <w:tc>
          <w:tcPr>
            <w:tcW w:w="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926326" w:rsidRDefault="005F2855">
            <w:pPr>
              <w:autoSpaceDE w:val="0"/>
              <w:autoSpaceDN w:val="0"/>
              <w:spacing w:before="7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lastRenderedPageBreak/>
              <w:t>1.7.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926326" w:rsidRPr="00794AC5" w:rsidRDefault="005F2855">
            <w:pPr>
              <w:autoSpaceDE w:val="0"/>
              <w:autoSpaceDN w:val="0"/>
              <w:spacing w:before="78" w:after="0" w:line="245" w:lineRule="auto"/>
              <w:ind w:left="72" w:right="144"/>
              <w:rPr>
                <w:lang w:val="ru-RU"/>
              </w:rPr>
            </w:pPr>
            <w:r w:rsidRPr="00794AC5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Простые модели </w:t>
            </w:r>
            <w:r w:rsidRPr="00794AC5">
              <w:rPr>
                <w:lang w:val="ru-RU"/>
              </w:rPr>
              <w:br/>
            </w:r>
            <w:r w:rsidRPr="00794AC5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с элементами управления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926326" w:rsidRDefault="005F2855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2</w:t>
            </w:r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926326" w:rsidRDefault="005F2855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0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926326" w:rsidRDefault="005F2855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1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926326" w:rsidRDefault="005F2855">
            <w:pPr>
              <w:autoSpaceDE w:val="0"/>
              <w:autoSpaceDN w:val="0"/>
              <w:spacing w:before="78" w:after="0" w:line="245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22.12.2022 11.01.2023</w:t>
            </w:r>
          </w:p>
        </w:tc>
        <w:tc>
          <w:tcPr>
            <w:tcW w:w="6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926326" w:rsidRPr="00794AC5" w:rsidRDefault="005F2855">
            <w:pPr>
              <w:autoSpaceDE w:val="0"/>
              <w:autoSpaceDN w:val="0"/>
              <w:spacing w:before="78" w:after="0" w:line="252" w:lineRule="auto"/>
              <w:ind w:left="72" w:right="432"/>
              <w:rPr>
                <w:lang w:val="ru-RU"/>
              </w:rPr>
            </w:pPr>
            <w:r w:rsidRPr="00794AC5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планировать движение с заданными параметрами с использованием механической реализации управления; </w:t>
            </w:r>
            <w:r w:rsidRPr="00794AC5">
              <w:rPr>
                <w:lang w:val="ru-RU"/>
              </w:rPr>
              <w:br/>
            </w:r>
            <w:r w:rsidRPr="00794AC5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сборка простых механических моделей с элементами управления; </w:t>
            </w:r>
            <w:r w:rsidRPr="00794AC5">
              <w:rPr>
                <w:lang w:val="ru-RU"/>
              </w:rPr>
              <w:br/>
            </w:r>
            <w:r w:rsidRPr="00794AC5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осуществление управления собранной моделью, определение системы команд, необходимых для управления;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926326" w:rsidRDefault="005F2855">
            <w:pPr>
              <w:autoSpaceDE w:val="0"/>
              <w:autoSpaceDN w:val="0"/>
              <w:spacing w:before="78" w:after="0" w:line="250" w:lineRule="auto"/>
              <w:ind w:left="72"/>
            </w:pPr>
            <w:proofErr w:type="spellStart"/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Устный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 </w:t>
            </w:r>
            <w:r>
              <w:br/>
            </w:r>
            <w:proofErr w:type="spellStart"/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опрос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; </w:t>
            </w:r>
            <w:r>
              <w:br/>
            </w:r>
            <w:proofErr w:type="spellStart"/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Практическая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работа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;</w:t>
            </w:r>
          </w:p>
        </w:tc>
        <w:tc>
          <w:tcPr>
            <w:tcW w:w="2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926326" w:rsidRDefault="005F2855">
            <w:pPr>
              <w:autoSpaceDE w:val="0"/>
              <w:autoSpaceDN w:val="0"/>
              <w:spacing w:before="78" w:after="0" w:line="250" w:lineRule="auto"/>
              <w:ind w:left="72" w:right="1296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resh.edu.ru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uchi.ru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foxford.ru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infourok.ru</w:t>
            </w:r>
          </w:p>
        </w:tc>
      </w:tr>
      <w:tr w:rsidR="00926326">
        <w:trPr>
          <w:trHeight w:hRule="exact" w:val="348"/>
        </w:trPr>
        <w:tc>
          <w:tcPr>
            <w:tcW w:w="237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926326" w:rsidRDefault="005F2855">
            <w:pPr>
              <w:autoSpaceDE w:val="0"/>
              <w:autoSpaceDN w:val="0"/>
              <w:spacing w:before="76" w:after="0" w:line="233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Итого по модулю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926326" w:rsidRDefault="005F2855">
            <w:pPr>
              <w:autoSpaceDE w:val="0"/>
              <w:autoSpaceDN w:val="0"/>
              <w:spacing w:before="76" w:after="0" w:line="233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32</w:t>
            </w:r>
          </w:p>
        </w:tc>
        <w:tc>
          <w:tcPr>
            <w:tcW w:w="1259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926326" w:rsidRDefault="00926326"/>
        </w:tc>
      </w:tr>
      <w:tr w:rsidR="00926326" w:rsidRPr="00ED4F7D">
        <w:trPr>
          <w:trHeight w:hRule="exact" w:val="328"/>
        </w:trPr>
        <w:tc>
          <w:tcPr>
            <w:tcW w:w="15502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926326" w:rsidRPr="00794AC5" w:rsidRDefault="005F2855">
            <w:pPr>
              <w:autoSpaceDE w:val="0"/>
              <w:autoSpaceDN w:val="0"/>
              <w:spacing w:before="76" w:after="0" w:line="233" w:lineRule="auto"/>
              <w:ind w:left="72"/>
              <w:rPr>
                <w:lang w:val="ru-RU"/>
              </w:rPr>
            </w:pPr>
            <w:r w:rsidRPr="00794AC5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Модуль 2. </w:t>
            </w:r>
            <w:r w:rsidRPr="00794AC5">
              <w:rPr>
                <w:rFonts w:ascii="Times New Roman" w:eastAsia="Times New Roman" w:hAnsi="Times New Roman"/>
                <w:b/>
                <w:color w:val="000000"/>
                <w:w w:val="97"/>
                <w:sz w:val="16"/>
                <w:lang w:val="ru-RU"/>
              </w:rPr>
              <w:t>Технологии обработки материалов и пищевых продуктов</w:t>
            </w:r>
          </w:p>
        </w:tc>
      </w:tr>
    </w:tbl>
    <w:p w:rsidR="00926326" w:rsidRPr="00794AC5" w:rsidRDefault="00926326">
      <w:pPr>
        <w:autoSpaceDE w:val="0"/>
        <w:autoSpaceDN w:val="0"/>
        <w:spacing w:after="0" w:line="14" w:lineRule="exact"/>
        <w:rPr>
          <w:lang w:val="ru-RU"/>
        </w:rPr>
      </w:pPr>
    </w:p>
    <w:p w:rsidR="00926326" w:rsidRPr="00794AC5" w:rsidRDefault="00926326">
      <w:pPr>
        <w:rPr>
          <w:lang w:val="ru-RU"/>
        </w:rPr>
        <w:sectPr w:rsidR="00926326" w:rsidRPr="00794AC5">
          <w:pgSz w:w="16840" w:h="11900"/>
          <w:pgMar w:top="282" w:right="640" w:bottom="334" w:left="666" w:header="720" w:footer="720" w:gutter="0"/>
          <w:cols w:space="720" w:equalWidth="0">
            <w:col w:w="15534" w:space="0"/>
          </w:cols>
          <w:docGrid w:linePitch="360"/>
        </w:sectPr>
      </w:pPr>
    </w:p>
    <w:p w:rsidR="00926326" w:rsidRPr="00794AC5" w:rsidRDefault="00926326">
      <w:pPr>
        <w:autoSpaceDE w:val="0"/>
        <w:autoSpaceDN w:val="0"/>
        <w:spacing w:after="66" w:line="220" w:lineRule="exact"/>
        <w:rPr>
          <w:lang w:val="ru-RU"/>
        </w:rPr>
      </w:pPr>
    </w:p>
    <w:tbl>
      <w:tblPr>
        <w:tblW w:w="0" w:type="auto"/>
        <w:tblInd w:w="6" w:type="dxa"/>
        <w:tblLayout w:type="fixed"/>
        <w:tblLook w:val="04A0" w:firstRow="1" w:lastRow="0" w:firstColumn="1" w:lastColumn="0" w:noHBand="0" w:noVBand="1"/>
      </w:tblPr>
      <w:tblGrid>
        <w:gridCol w:w="396"/>
        <w:gridCol w:w="1982"/>
        <w:gridCol w:w="528"/>
        <w:gridCol w:w="1104"/>
        <w:gridCol w:w="1140"/>
        <w:gridCol w:w="926"/>
        <w:gridCol w:w="6136"/>
        <w:gridCol w:w="1116"/>
        <w:gridCol w:w="2174"/>
      </w:tblGrid>
      <w:tr w:rsidR="00926326">
        <w:trPr>
          <w:trHeight w:hRule="exact" w:val="924"/>
        </w:trPr>
        <w:tc>
          <w:tcPr>
            <w:tcW w:w="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926326" w:rsidRDefault="005F2855">
            <w:pPr>
              <w:autoSpaceDE w:val="0"/>
              <w:autoSpaceDN w:val="0"/>
              <w:spacing w:before="7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2.1.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926326" w:rsidRPr="00794AC5" w:rsidRDefault="005F2855">
            <w:pPr>
              <w:autoSpaceDE w:val="0"/>
              <w:autoSpaceDN w:val="0"/>
              <w:spacing w:before="78" w:after="0" w:line="245" w:lineRule="auto"/>
              <w:ind w:right="288"/>
              <w:jc w:val="center"/>
              <w:rPr>
                <w:lang w:val="ru-RU"/>
              </w:rPr>
            </w:pPr>
            <w:r w:rsidRPr="00794AC5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Структура технологии: от материала к изделию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926326" w:rsidRDefault="005F2855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4</w:t>
            </w:r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926326" w:rsidRDefault="005F2855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0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926326" w:rsidRDefault="005F2855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1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926326" w:rsidRDefault="005F2855">
            <w:pPr>
              <w:autoSpaceDE w:val="0"/>
              <w:autoSpaceDN w:val="0"/>
              <w:spacing w:before="78" w:after="0" w:line="245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12.01.2023 25.01.2023</w:t>
            </w:r>
          </w:p>
        </w:tc>
        <w:tc>
          <w:tcPr>
            <w:tcW w:w="6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926326" w:rsidRPr="00794AC5" w:rsidRDefault="005F2855">
            <w:pPr>
              <w:autoSpaceDE w:val="0"/>
              <w:autoSpaceDN w:val="0"/>
              <w:spacing w:before="78" w:after="0" w:line="250" w:lineRule="auto"/>
              <w:ind w:left="72" w:right="1152"/>
              <w:rPr>
                <w:lang w:val="ru-RU"/>
              </w:rPr>
            </w:pPr>
            <w:r w:rsidRPr="00794AC5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называть основные элементы технологической цепочки; </w:t>
            </w:r>
            <w:r w:rsidRPr="00794AC5">
              <w:rPr>
                <w:lang w:val="ru-RU"/>
              </w:rPr>
              <w:br/>
            </w:r>
            <w:r w:rsidRPr="00794AC5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называть основные виды деятельности в процессе создания технологии; объяснять назначение технологии; </w:t>
            </w:r>
            <w:r w:rsidRPr="00794AC5">
              <w:rPr>
                <w:lang w:val="ru-RU"/>
              </w:rPr>
              <w:br/>
            </w:r>
            <w:r w:rsidRPr="00794AC5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читать (изображать) графическую структуру технологической цепочки;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926326" w:rsidRDefault="005F2855">
            <w:pPr>
              <w:autoSpaceDE w:val="0"/>
              <w:autoSpaceDN w:val="0"/>
              <w:spacing w:before="78" w:after="0" w:line="250" w:lineRule="auto"/>
              <w:ind w:left="72"/>
            </w:pPr>
            <w:proofErr w:type="spellStart"/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Устный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 </w:t>
            </w:r>
            <w:r>
              <w:br/>
            </w:r>
            <w:proofErr w:type="spellStart"/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опрос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; </w:t>
            </w:r>
            <w:r>
              <w:br/>
            </w:r>
            <w:proofErr w:type="spellStart"/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Практическая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работа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;</w:t>
            </w:r>
          </w:p>
        </w:tc>
        <w:tc>
          <w:tcPr>
            <w:tcW w:w="2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926326" w:rsidRDefault="005F2855">
            <w:pPr>
              <w:autoSpaceDE w:val="0"/>
              <w:autoSpaceDN w:val="0"/>
              <w:spacing w:before="78" w:after="0" w:line="250" w:lineRule="auto"/>
              <w:ind w:left="72" w:right="1296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resh.edu.ru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uchi.ru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foxford.ru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infourok.ru</w:t>
            </w:r>
          </w:p>
        </w:tc>
      </w:tr>
      <w:tr w:rsidR="00926326" w:rsidRPr="00ED4F7D">
        <w:trPr>
          <w:trHeight w:hRule="exact" w:val="1610"/>
        </w:trPr>
        <w:tc>
          <w:tcPr>
            <w:tcW w:w="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926326" w:rsidRDefault="005F2855">
            <w:pPr>
              <w:autoSpaceDE w:val="0"/>
              <w:autoSpaceDN w:val="0"/>
              <w:spacing w:before="7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2.2.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926326" w:rsidRPr="00794AC5" w:rsidRDefault="005F2855">
            <w:pPr>
              <w:autoSpaceDE w:val="0"/>
              <w:autoSpaceDN w:val="0"/>
              <w:spacing w:before="78" w:after="0" w:line="245" w:lineRule="auto"/>
              <w:ind w:left="72" w:right="288"/>
              <w:rPr>
                <w:lang w:val="ru-RU"/>
              </w:rPr>
            </w:pPr>
            <w:r w:rsidRPr="00794AC5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Материалы и изделия. Пищевые продукты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926326" w:rsidRDefault="005F2855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12</w:t>
            </w:r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926326" w:rsidRDefault="005F2855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0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926326" w:rsidRDefault="005F2855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2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926326" w:rsidRDefault="005F2855">
            <w:pPr>
              <w:autoSpaceDE w:val="0"/>
              <w:autoSpaceDN w:val="0"/>
              <w:spacing w:before="78" w:after="0" w:line="245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26.01.2023 08.03.2023</w:t>
            </w:r>
          </w:p>
        </w:tc>
        <w:tc>
          <w:tcPr>
            <w:tcW w:w="6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926326" w:rsidRPr="00794AC5" w:rsidRDefault="005F2855">
            <w:pPr>
              <w:autoSpaceDE w:val="0"/>
              <w:autoSpaceDN w:val="0"/>
              <w:spacing w:before="78" w:after="0" w:line="254" w:lineRule="auto"/>
              <w:ind w:left="72" w:right="1440"/>
              <w:rPr>
                <w:lang w:val="ru-RU"/>
              </w:rPr>
            </w:pPr>
            <w:r w:rsidRPr="00794AC5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называть основные свойства бумаги и области её использования; называть основные свойства ткани и области её использования; называть основные свойства древесины и области её использования; называть основные свойства металлов и области их использования; называть металлические детали машин и механизмов; </w:t>
            </w:r>
            <w:r w:rsidRPr="00794AC5">
              <w:rPr>
                <w:lang w:val="ru-RU"/>
              </w:rPr>
              <w:br/>
            </w:r>
            <w:r w:rsidRPr="00794AC5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сравнивать свойства бумаги, ткани, дерева, металла; </w:t>
            </w:r>
            <w:r w:rsidRPr="00794AC5">
              <w:rPr>
                <w:lang w:val="ru-RU"/>
              </w:rPr>
              <w:br/>
            </w:r>
            <w:r w:rsidRPr="00794AC5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предлагать возможные способы использования древесных отходов;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926326" w:rsidRPr="00794AC5" w:rsidRDefault="005F2855">
            <w:pPr>
              <w:autoSpaceDE w:val="0"/>
              <w:autoSpaceDN w:val="0"/>
              <w:spacing w:before="78" w:after="0" w:line="252" w:lineRule="auto"/>
              <w:ind w:left="72"/>
              <w:rPr>
                <w:lang w:val="ru-RU"/>
              </w:rPr>
            </w:pPr>
            <w:r w:rsidRPr="00794AC5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Устный </w:t>
            </w:r>
            <w:r w:rsidRPr="00794AC5">
              <w:rPr>
                <w:lang w:val="ru-RU"/>
              </w:rPr>
              <w:br/>
            </w:r>
            <w:r w:rsidRPr="00794AC5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опрос; </w:t>
            </w:r>
            <w:r w:rsidRPr="00794AC5">
              <w:rPr>
                <w:lang w:val="ru-RU"/>
              </w:rPr>
              <w:br/>
            </w:r>
            <w:r w:rsidRPr="00794AC5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Практическая работа; </w:t>
            </w:r>
            <w:r w:rsidRPr="00794AC5">
              <w:rPr>
                <w:lang w:val="ru-RU"/>
              </w:rPr>
              <w:br/>
            </w:r>
            <w:r w:rsidRPr="00794AC5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Тестирование;</w:t>
            </w:r>
          </w:p>
        </w:tc>
        <w:tc>
          <w:tcPr>
            <w:tcW w:w="2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926326" w:rsidRPr="00794AC5" w:rsidRDefault="005F2855">
            <w:pPr>
              <w:autoSpaceDE w:val="0"/>
              <w:autoSpaceDN w:val="0"/>
              <w:spacing w:before="78" w:after="0" w:line="250" w:lineRule="auto"/>
              <w:ind w:left="72" w:right="1296"/>
              <w:rPr>
                <w:lang w:val="ru-RU"/>
              </w:rPr>
            </w:pPr>
            <w:proofErr w:type="spellStart"/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resh</w:t>
            </w:r>
            <w:proofErr w:type="spellEnd"/>
            <w:r w:rsidRPr="00794AC5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.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edu</w:t>
            </w:r>
            <w:proofErr w:type="spellEnd"/>
            <w:r w:rsidRPr="00794AC5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.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ru</w:t>
            </w:r>
            <w:proofErr w:type="spellEnd"/>
            <w:r w:rsidRPr="00794AC5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 </w:t>
            </w:r>
            <w:r w:rsidRPr="00794AC5">
              <w:rPr>
                <w:lang w:val="ru-RU"/>
              </w:rPr>
              <w:br/>
            </w:r>
            <w:proofErr w:type="spellStart"/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uchi</w:t>
            </w:r>
            <w:proofErr w:type="spellEnd"/>
            <w:r w:rsidRPr="00794AC5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.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ru</w:t>
            </w:r>
            <w:proofErr w:type="spellEnd"/>
            <w:r w:rsidRPr="00794AC5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 </w:t>
            </w:r>
            <w:r w:rsidRPr="00794AC5">
              <w:rPr>
                <w:lang w:val="ru-RU"/>
              </w:rPr>
              <w:br/>
            </w:r>
            <w:proofErr w:type="spellStart"/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foxford</w:t>
            </w:r>
            <w:proofErr w:type="spellEnd"/>
            <w:r w:rsidRPr="00794AC5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.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ru</w:t>
            </w:r>
            <w:proofErr w:type="spellEnd"/>
            <w:r w:rsidRPr="00794AC5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 </w:t>
            </w:r>
            <w:r w:rsidRPr="00794AC5">
              <w:rPr>
                <w:lang w:val="ru-RU"/>
              </w:rPr>
              <w:br/>
            </w:r>
            <w:proofErr w:type="spellStart"/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infourok</w:t>
            </w:r>
            <w:proofErr w:type="spellEnd"/>
            <w:r w:rsidRPr="00794AC5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.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ru</w:t>
            </w:r>
            <w:proofErr w:type="spellEnd"/>
          </w:p>
        </w:tc>
      </w:tr>
      <w:tr w:rsidR="00926326" w:rsidRPr="00ED4F7D">
        <w:trPr>
          <w:trHeight w:hRule="exact" w:val="1116"/>
        </w:trPr>
        <w:tc>
          <w:tcPr>
            <w:tcW w:w="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926326" w:rsidRDefault="005F2855">
            <w:pPr>
              <w:autoSpaceDE w:val="0"/>
              <w:autoSpaceDN w:val="0"/>
              <w:spacing w:before="76" w:after="0" w:line="233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2.3.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926326" w:rsidRPr="00794AC5" w:rsidRDefault="005F2855">
            <w:pPr>
              <w:autoSpaceDE w:val="0"/>
              <w:autoSpaceDN w:val="0"/>
              <w:spacing w:before="76" w:after="0" w:line="245" w:lineRule="auto"/>
              <w:ind w:left="72" w:right="144"/>
              <w:rPr>
                <w:lang w:val="ru-RU"/>
              </w:rPr>
            </w:pPr>
            <w:r w:rsidRPr="00794AC5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Современные материалы и их свойства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926326" w:rsidRDefault="005F2855">
            <w:pPr>
              <w:autoSpaceDE w:val="0"/>
              <w:autoSpaceDN w:val="0"/>
              <w:spacing w:before="76" w:after="0" w:line="233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6</w:t>
            </w:r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926326" w:rsidRDefault="005F2855">
            <w:pPr>
              <w:autoSpaceDE w:val="0"/>
              <w:autoSpaceDN w:val="0"/>
              <w:spacing w:before="76" w:after="0" w:line="233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0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926326" w:rsidRDefault="005F2855">
            <w:pPr>
              <w:autoSpaceDE w:val="0"/>
              <w:autoSpaceDN w:val="0"/>
              <w:spacing w:before="76" w:after="0" w:line="233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1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926326" w:rsidRDefault="005F2855">
            <w:pPr>
              <w:autoSpaceDE w:val="0"/>
              <w:autoSpaceDN w:val="0"/>
              <w:spacing w:before="76" w:after="0" w:line="245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09.03.2023 05.04.2023</w:t>
            </w:r>
          </w:p>
        </w:tc>
        <w:tc>
          <w:tcPr>
            <w:tcW w:w="6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926326" w:rsidRPr="00794AC5" w:rsidRDefault="005F2855">
            <w:pPr>
              <w:autoSpaceDE w:val="0"/>
              <w:autoSpaceDN w:val="0"/>
              <w:spacing w:before="76" w:after="0" w:line="250" w:lineRule="auto"/>
              <w:ind w:left="72"/>
              <w:rPr>
                <w:lang w:val="ru-RU"/>
              </w:rPr>
            </w:pPr>
            <w:r w:rsidRPr="00794AC5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называть основные свойства современных материалов и области их использования; формулировать основные принципы создания композитных материалов; </w:t>
            </w:r>
            <w:r w:rsidRPr="00794AC5">
              <w:rPr>
                <w:lang w:val="ru-RU"/>
              </w:rPr>
              <w:br/>
            </w:r>
            <w:r w:rsidRPr="00794AC5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сравнивать свойства бумаги, ткани, дерева, металла со свойствами доступных учащимся видов пластмасс;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926326" w:rsidRPr="00794AC5" w:rsidRDefault="005F2855">
            <w:pPr>
              <w:autoSpaceDE w:val="0"/>
              <w:autoSpaceDN w:val="0"/>
              <w:spacing w:before="76" w:after="0" w:line="252" w:lineRule="auto"/>
              <w:ind w:left="72"/>
              <w:rPr>
                <w:lang w:val="ru-RU"/>
              </w:rPr>
            </w:pPr>
            <w:r w:rsidRPr="00794AC5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Устный </w:t>
            </w:r>
            <w:r w:rsidRPr="00794AC5">
              <w:rPr>
                <w:lang w:val="ru-RU"/>
              </w:rPr>
              <w:br/>
            </w:r>
            <w:r w:rsidRPr="00794AC5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опрос; </w:t>
            </w:r>
            <w:r w:rsidRPr="00794AC5">
              <w:rPr>
                <w:lang w:val="ru-RU"/>
              </w:rPr>
              <w:br/>
            </w:r>
            <w:r w:rsidRPr="00794AC5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Практическая работа; </w:t>
            </w:r>
            <w:r w:rsidRPr="00794AC5">
              <w:rPr>
                <w:lang w:val="ru-RU"/>
              </w:rPr>
              <w:br/>
            </w:r>
            <w:r w:rsidRPr="00794AC5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Тестирование;</w:t>
            </w:r>
          </w:p>
        </w:tc>
        <w:tc>
          <w:tcPr>
            <w:tcW w:w="2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926326" w:rsidRPr="00794AC5" w:rsidRDefault="005F2855">
            <w:pPr>
              <w:autoSpaceDE w:val="0"/>
              <w:autoSpaceDN w:val="0"/>
              <w:spacing w:before="76" w:after="0" w:line="250" w:lineRule="auto"/>
              <w:ind w:left="72" w:right="1296"/>
              <w:rPr>
                <w:lang w:val="ru-RU"/>
              </w:rPr>
            </w:pPr>
            <w:proofErr w:type="spellStart"/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resh</w:t>
            </w:r>
            <w:proofErr w:type="spellEnd"/>
            <w:r w:rsidRPr="00794AC5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.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edu</w:t>
            </w:r>
            <w:proofErr w:type="spellEnd"/>
            <w:r w:rsidRPr="00794AC5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.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ru</w:t>
            </w:r>
            <w:proofErr w:type="spellEnd"/>
            <w:r w:rsidRPr="00794AC5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 </w:t>
            </w:r>
            <w:r w:rsidRPr="00794AC5">
              <w:rPr>
                <w:lang w:val="ru-RU"/>
              </w:rPr>
              <w:br/>
            </w:r>
            <w:proofErr w:type="spellStart"/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uchi</w:t>
            </w:r>
            <w:proofErr w:type="spellEnd"/>
            <w:r w:rsidRPr="00794AC5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.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ru</w:t>
            </w:r>
            <w:proofErr w:type="spellEnd"/>
            <w:r w:rsidRPr="00794AC5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 </w:t>
            </w:r>
            <w:r w:rsidRPr="00794AC5">
              <w:rPr>
                <w:lang w:val="ru-RU"/>
              </w:rPr>
              <w:br/>
            </w:r>
            <w:proofErr w:type="spellStart"/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foxford</w:t>
            </w:r>
            <w:proofErr w:type="spellEnd"/>
            <w:r w:rsidRPr="00794AC5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.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ru</w:t>
            </w:r>
            <w:proofErr w:type="spellEnd"/>
            <w:r w:rsidRPr="00794AC5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 </w:t>
            </w:r>
            <w:r w:rsidRPr="00794AC5">
              <w:rPr>
                <w:lang w:val="ru-RU"/>
              </w:rPr>
              <w:br/>
            </w:r>
            <w:proofErr w:type="spellStart"/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infourok</w:t>
            </w:r>
            <w:proofErr w:type="spellEnd"/>
            <w:r w:rsidRPr="00794AC5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.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ru</w:t>
            </w:r>
            <w:proofErr w:type="spellEnd"/>
          </w:p>
        </w:tc>
      </w:tr>
      <w:tr w:rsidR="00926326">
        <w:trPr>
          <w:trHeight w:hRule="exact" w:val="1116"/>
        </w:trPr>
        <w:tc>
          <w:tcPr>
            <w:tcW w:w="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926326" w:rsidRDefault="005F2855">
            <w:pPr>
              <w:autoSpaceDE w:val="0"/>
              <w:autoSpaceDN w:val="0"/>
              <w:spacing w:before="78" w:after="0" w:line="230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2.4.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926326" w:rsidRDefault="005F2855">
            <w:pPr>
              <w:autoSpaceDE w:val="0"/>
              <w:autoSpaceDN w:val="0"/>
              <w:spacing w:before="78" w:after="0" w:line="245" w:lineRule="auto"/>
              <w:ind w:left="72" w:right="576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Основные ручные инструменты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926326" w:rsidRDefault="005F2855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14</w:t>
            </w:r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926326" w:rsidRDefault="005F2855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0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926326" w:rsidRDefault="005F2855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3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926326" w:rsidRDefault="005F2855">
            <w:pPr>
              <w:autoSpaceDE w:val="0"/>
              <w:autoSpaceDN w:val="0"/>
              <w:spacing w:before="78" w:after="0" w:line="245" w:lineRule="auto"/>
              <w:jc w:val="center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06.04.2023 24.05.2023</w:t>
            </w:r>
          </w:p>
        </w:tc>
        <w:tc>
          <w:tcPr>
            <w:tcW w:w="6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926326" w:rsidRPr="00794AC5" w:rsidRDefault="005F2855">
            <w:pPr>
              <w:autoSpaceDE w:val="0"/>
              <w:autoSpaceDN w:val="0"/>
              <w:spacing w:before="78" w:after="0" w:line="252" w:lineRule="auto"/>
              <w:ind w:left="72" w:right="144"/>
              <w:rPr>
                <w:lang w:val="ru-RU"/>
              </w:rPr>
            </w:pPr>
            <w:r w:rsidRPr="00794AC5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называть назначение инструментов для работы с данным материалом; </w:t>
            </w:r>
            <w:r w:rsidRPr="00794AC5">
              <w:rPr>
                <w:lang w:val="ru-RU"/>
              </w:rPr>
              <w:br/>
            </w:r>
            <w:r w:rsidRPr="00794AC5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оценивать эффективность использования данного инструмента; </w:t>
            </w:r>
            <w:r w:rsidRPr="00794AC5">
              <w:rPr>
                <w:lang w:val="ru-RU"/>
              </w:rPr>
              <w:br/>
            </w:r>
            <w:r w:rsidRPr="00794AC5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 xml:space="preserve">выбирать инструменты, необходимые для изготовления данного изделия; </w:t>
            </w:r>
            <w:r w:rsidRPr="00794AC5">
              <w:rPr>
                <w:lang w:val="ru-RU"/>
              </w:rPr>
              <w:br/>
            </w:r>
            <w:r w:rsidRPr="00794AC5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создавать с помощью инструментов простейшие изделия из бумаги, ткани, древесины, железа;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926326" w:rsidRDefault="005F2855">
            <w:pPr>
              <w:autoSpaceDE w:val="0"/>
              <w:autoSpaceDN w:val="0"/>
              <w:spacing w:before="78" w:after="0" w:line="250" w:lineRule="auto"/>
              <w:ind w:left="72"/>
            </w:pPr>
            <w:proofErr w:type="spellStart"/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Устный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 </w:t>
            </w:r>
            <w:r>
              <w:br/>
            </w:r>
            <w:proofErr w:type="spellStart"/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опрос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; </w:t>
            </w:r>
            <w:r>
              <w:br/>
            </w:r>
            <w:proofErr w:type="spellStart"/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Практическая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работа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;</w:t>
            </w:r>
          </w:p>
        </w:tc>
        <w:tc>
          <w:tcPr>
            <w:tcW w:w="21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926326" w:rsidRDefault="005F2855">
            <w:pPr>
              <w:autoSpaceDE w:val="0"/>
              <w:autoSpaceDN w:val="0"/>
              <w:spacing w:before="78" w:after="0" w:line="250" w:lineRule="auto"/>
              <w:ind w:left="72" w:right="1296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resh.edu.ru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uchi.ru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 xml:space="preserve">foxford.ru </w:t>
            </w:r>
            <w:r>
              <w:br/>
            </w: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infourok.ru</w:t>
            </w:r>
          </w:p>
        </w:tc>
      </w:tr>
      <w:tr w:rsidR="00926326">
        <w:trPr>
          <w:trHeight w:hRule="exact" w:val="348"/>
        </w:trPr>
        <w:tc>
          <w:tcPr>
            <w:tcW w:w="2378" w:type="dxa"/>
            <w:gridSpan w:val="2"/>
            <w:tcBorders>
              <w:top w:val="single" w:sz="4" w:space="0" w:color="000000"/>
              <w:left w:val="single" w:sz="4" w:space="0" w:color="000000"/>
              <w:bottom w:val="single" w:sz="5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926326" w:rsidRDefault="005F2855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Итого по модулю</w:t>
            </w:r>
          </w:p>
        </w:tc>
        <w:tc>
          <w:tcPr>
            <w:tcW w:w="528" w:type="dxa"/>
            <w:tcBorders>
              <w:top w:val="single" w:sz="4" w:space="0" w:color="000000"/>
              <w:left w:val="single" w:sz="4" w:space="0" w:color="000000"/>
              <w:bottom w:val="single" w:sz="5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926326" w:rsidRDefault="005F2855">
            <w:pPr>
              <w:autoSpaceDE w:val="0"/>
              <w:autoSpaceDN w:val="0"/>
              <w:spacing w:before="78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36</w:t>
            </w:r>
          </w:p>
        </w:tc>
        <w:tc>
          <w:tcPr>
            <w:tcW w:w="12596" w:type="dxa"/>
            <w:gridSpan w:val="6"/>
            <w:tcBorders>
              <w:top w:val="single" w:sz="4" w:space="0" w:color="000000"/>
              <w:left w:val="single" w:sz="4" w:space="0" w:color="000000"/>
              <w:bottom w:val="single" w:sz="5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926326" w:rsidRDefault="00926326"/>
        </w:tc>
      </w:tr>
      <w:tr w:rsidR="00926326">
        <w:trPr>
          <w:trHeight w:hRule="exact" w:val="522"/>
        </w:trPr>
        <w:tc>
          <w:tcPr>
            <w:tcW w:w="2378" w:type="dxa"/>
            <w:gridSpan w:val="2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926326" w:rsidRPr="00794AC5" w:rsidRDefault="005F2855">
            <w:pPr>
              <w:autoSpaceDE w:val="0"/>
              <w:autoSpaceDN w:val="0"/>
              <w:spacing w:before="76" w:after="0" w:line="245" w:lineRule="auto"/>
              <w:ind w:left="72"/>
              <w:rPr>
                <w:lang w:val="ru-RU"/>
              </w:rPr>
            </w:pPr>
            <w:r w:rsidRPr="00794AC5">
              <w:rPr>
                <w:rFonts w:ascii="Times New Roman" w:eastAsia="Times New Roman" w:hAnsi="Times New Roman"/>
                <w:color w:val="000000"/>
                <w:w w:val="97"/>
                <w:sz w:val="16"/>
                <w:lang w:val="ru-RU"/>
              </w:rPr>
              <w:t>ОБЩЕЕ КОЛИЧЕСТВО ЧАСОВ ПО ПРОГРАММЕ</w:t>
            </w:r>
          </w:p>
        </w:tc>
        <w:tc>
          <w:tcPr>
            <w:tcW w:w="528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926326" w:rsidRDefault="005F2855">
            <w:pPr>
              <w:autoSpaceDE w:val="0"/>
              <w:autoSpaceDN w:val="0"/>
              <w:spacing w:before="76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68</w:t>
            </w:r>
          </w:p>
        </w:tc>
        <w:tc>
          <w:tcPr>
            <w:tcW w:w="1104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926326" w:rsidRDefault="005F2855">
            <w:pPr>
              <w:autoSpaceDE w:val="0"/>
              <w:autoSpaceDN w:val="0"/>
              <w:spacing w:before="76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1.5</w:t>
            </w:r>
          </w:p>
        </w:tc>
        <w:tc>
          <w:tcPr>
            <w:tcW w:w="1140" w:type="dxa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926326" w:rsidRDefault="005F2855">
            <w:pPr>
              <w:autoSpaceDE w:val="0"/>
              <w:autoSpaceDN w:val="0"/>
              <w:spacing w:before="76" w:after="0" w:line="230" w:lineRule="auto"/>
              <w:ind w:left="72"/>
            </w:pPr>
            <w:r>
              <w:rPr>
                <w:rFonts w:ascii="Times New Roman" w:eastAsia="Times New Roman" w:hAnsi="Times New Roman"/>
                <w:color w:val="000000"/>
                <w:w w:val="97"/>
                <w:sz w:val="16"/>
              </w:rPr>
              <w:t>26</w:t>
            </w:r>
          </w:p>
        </w:tc>
        <w:tc>
          <w:tcPr>
            <w:tcW w:w="10352" w:type="dxa"/>
            <w:gridSpan w:val="4"/>
            <w:tcBorders>
              <w:top w:val="single" w:sz="5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0" w:type="dxa"/>
              <w:right w:w="0" w:type="dxa"/>
            </w:tcMar>
          </w:tcPr>
          <w:p w:rsidR="00926326" w:rsidRDefault="00926326"/>
        </w:tc>
      </w:tr>
    </w:tbl>
    <w:p w:rsidR="00926326" w:rsidRDefault="00926326">
      <w:pPr>
        <w:autoSpaceDE w:val="0"/>
        <w:autoSpaceDN w:val="0"/>
        <w:spacing w:after="0" w:line="14" w:lineRule="exact"/>
      </w:pPr>
    </w:p>
    <w:p w:rsidR="00926326" w:rsidRDefault="00926326">
      <w:pPr>
        <w:sectPr w:rsidR="00926326">
          <w:pgSz w:w="16840" w:h="11900"/>
          <w:pgMar w:top="284" w:right="640" w:bottom="1440" w:left="666" w:header="720" w:footer="720" w:gutter="0"/>
          <w:cols w:space="720" w:equalWidth="0">
            <w:col w:w="15534" w:space="0"/>
          </w:cols>
          <w:docGrid w:linePitch="360"/>
        </w:sectPr>
      </w:pPr>
    </w:p>
    <w:p w:rsidR="00926326" w:rsidRDefault="00926326">
      <w:pPr>
        <w:autoSpaceDE w:val="0"/>
        <w:autoSpaceDN w:val="0"/>
        <w:spacing w:after="78" w:line="220" w:lineRule="exact"/>
      </w:pPr>
    </w:p>
    <w:p w:rsidR="00926326" w:rsidRDefault="00926326">
      <w:pPr>
        <w:autoSpaceDE w:val="0"/>
        <w:autoSpaceDN w:val="0"/>
        <w:spacing w:after="78" w:line="220" w:lineRule="exact"/>
      </w:pPr>
      <w:bookmarkStart w:id="0" w:name="_GoBack"/>
      <w:bookmarkEnd w:id="0"/>
    </w:p>
    <w:p w:rsidR="00926326" w:rsidRDefault="005F2855">
      <w:pPr>
        <w:autoSpaceDE w:val="0"/>
        <w:autoSpaceDN w:val="0"/>
        <w:spacing w:after="0" w:line="230" w:lineRule="auto"/>
      </w:pPr>
      <w:r>
        <w:rPr>
          <w:rFonts w:ascii="Times New Roman" w:eastAsia="Times New Roman" w:hAnsi="Times New Roman"/>
          <w:b/>
          <w:color w:val="000000"/>
          <w:sz w:val="24"/>
        </w:rPr>
        <w:t xml:space="preserve">УЧЕБНО-МЕТОДИЧЕСКОЕ ОБЕСПЕЧЕНИЕ ОБРАЗОВАТЕЛЬНОГО ПРОЦЕССА </w:t>
      </w:r>
    </w:p>
    <w:p w:rsidR="00926326" w:rsidRDefault="005F2855">
      <w:pPr>
        <w:autoSpaceDE w:val="0"/>
        <w:autoSpaceDN w:val="0"/>
        <w:spacing w:before="346" w:after="0" w:line="230" w:lineRule="auto"/>
      </w:pPr>
      <w:r>
        <w:rPr>
          <w:rFonts w:ascii="Times New Roman" w:eastAsia="Times New Roman" w:hAnsi="Times New Roman"/>
          <w:b/>
          <w:color w:val="000000"/>
          <w:sz w:val="24"/>
        </w:rPr>
        <w:t>ОБЯЗАТЕЛЬНЫЕ УЧЕБНЫЕ МАТЕРИАЛЫ ДЛЯ УЧЕНИКА</w:t>
      </w:r>
    </w:p>
    <w:p w:rsidR="00926326" w:rsidRPr="00794AC5" w:rsidRDefault="005F2855">
      <w:pPr>
        <w:autoSpaceDE w:val="0"/>
        <w:autoSpaceDN w:val="0"/>
        <w:spacing w:before="166" w:after="0"/>
        <w:rPr>
          <w:lang w:val="ru-RU"/>
        </w:rPr>
      </w:pP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 xml:space="preserve">Технология. 5 класс/Казакевич В.М., Пичугина Г.В., </w:t>
      </w:r>
      <w:proofErr w:type="spellStart"/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>Семёнова</w:t>
      </w:r>
      <w:proofErr w:type="spellEnd"/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 xml:space="preserve"> Г.Ю. и другие; под редакцией Казакевича В.М., Акционерное общество «Издательство «Просвещение»; </w:t>
      </w:r>
      <w:r w:rsidRPr="00794AC5">
        <w:rPr>
          <w:lang w:val="ru-RU"/>
        </w:rPr>
        <w:br/>
      </w: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 xml:space="preserve">Введите свой вариант: </w:t>
      </w:r>
      <w:proofErr w:type="spellStart"/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>С.А.Бешенков</w:t>
      </w:r>
      <w:proofErr w:type="spellEnd"/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 xml:space="preserve">, </w:t>
      </w:r>
      <w:proofErr w:type="spellStart"/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>М.И.Шутикова</w:t>
      </w:r>
      <w:proofErr w:type="spellEnd"/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 xml:space="preserve"> Технология. Технология обработки материалов, пищевых продуктов.</w:t>
      </w:r>
    </w:p>
    <w:p w:rsidR="00926326" w:rsidRPr="00794AC5" w:rsidRDefault="005F2855">
      <w:pPr>
        <w:autoSpaceDE w:val="0"/>
        <w:autoSpaceDN w:val="0"/>
        <w:spacing w:before="262" w:after="0" w:line="230" w:lineRule="auto"/>
        <w:rPr>
          <w:lang w:val="ru-RU"/>
        </w:rPr>
      </w:pPr>
      <w:r w:rsidRPr="00794AC5">
        <w:rPr>
          <w:rFonts w:ascii="Times New Roman" w:eastAsia="Times New Roman" w:hAnsi="Times New Roman"/>
          <w:b/>
          <w:color w:val="000000"/>
          <w:sz w:val="24"/>
          <w:lang w:val="ru-RU"/>
        </w:rPr>
        <w:t>МЕТОДИЧЕСКИЕ МАТЕРИАЛЫ ДЛЯ УЧИТЕЛЯ</w:t>
      </w:r>
    </w:p>
    <w:p w:rsidR="00926326" w:rsidRPr="00794AC5" w:rsidRDefault="005F2855">
      <w:pPr>
        <w:autoSpaceDE w:val="0"/>
        <w:autoSpaceDN w:val="0"/>
        <w:spacing w:before="166" w:after="0" w:line="230" w:lineRule="auto"/>
        <w:rPr>
          <w:lang w:val="ru-RU"/>
        </w:rPr>
      </w:pP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>Примерная рабочая программа</w:t>
      </w:r>
    </w:p>
    <w:p w:rsidR="00926326" w:rsidRPr="00794AC5" w:rsidRDefault="005F2855">
      <w:pPr>
        <w:autoSpaceDE w:val="0"/>
        <w:autoSpaceDN w:val="0"/>
        <w:spacing w:before="264" w:after="0" w:line="230" w:lineRule="auto"/>
        <w:rPr>
          <w:lang w:val="ru-RU"/>
        </w:rPr>
      </w:pPr>
      <w:r w:rsidRPr="00794AC5">
        <w:rPr>
          <w:rFonts w:ascii="Times New Roman" w:eastAsia="Times New Roman" w:hAnsi="Times New Roman"/>
          <w:b/>
          <w:color w:val="000000"/>
          <w:sz w:val="24"/>
          <w:lang w:val="ru-RU"/>
        </w:rPr>
        <w:t>ЦИФРОВЫЕ ОБРАЗОВАТЕЛЬНЫЕ РЕСУРСЫ И РЕСУРСЫ СЕТИ ИНТЕРНЕТ</w:t>
      </w:r>
    </w:p>
    <w:p w:rsidR="00926326" w:rsidRPr="00794AC5" w:rsidRDefault="005F2855">
      <w:pPr>
        <w:autoSpaceDE w:val="0"/>
        <w:autoSpaceDN w:val="0"/>
        <w:spacing w:before="168" w:after="0" w:line="230" w:lineRule="auto"/>
        <w:rPr>
          <w:lang w:val="ru-RU"/>
        </w:rPr>
      </w:pPr>
      <w:r>
        <w:rPr>
          <w:rFonts w:ascii="Times New Roman" w:eastAsia="Times New Roman" w:hAnsi="Times New Roman"/>
          <w:color w:val="000000"/>
          <w:sz w:val="24"/>
        </w:rPr>
        <w:t>https</w:t>
      </w: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>://</w:t>
      </w:r>
      <w:proofErr w:type="spellStart"/>
      <w:r>
        <w:rPr>
          <w:rFonts w:ascii="Times New Roman" w:eastAsia="Times New Roman" w:hAnsi="Times New Roman"/>
          <w:color w:val="000000"/>
          <w:sz w:val="24"/>
        </w:rPr>
        <w:t>resh</w:t>
      </w:r>
      <w:proofErr w:type="spellEnd"/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>.</w:t>
      </w:r>
      <w:proofErr w:type="spellStart"/>
      <w:r>
        <w:rPr>
          <w:rFonts w:ascii="Times New Roman" w:eastAsia="Times New Roman" w:hAnsi="Times New Roman"/>
          <w:color w:val="000000"/>
          <w:sz w:val="24"/>
        </w:rPr>
        <w:t>edu</w:t>
      </w:r>
      <w:proofErr w:type="spellEnd"/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>.</w:t>
      </w:r>
      <w:proofErr w:type="spellStart"/>
      <w:r>
        <w:rPr>
          <w:rFonts w:ascii="Times New Roman" w:eastAsia="Times New Roman" w:hAnsi="Times New Roman"/>
          <w:color w:val="000000"/>
          <w:sz w:val="24"/>
        </w:rPr>
        <w:t>ru</w:t>
      </w:r>
      <w:proofErr w:type="spellEnd"/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 xml:space="preserve">/ - РЭШ, </w:t>
      </w:r>
      <w:r>
        <w:rPr>
          <w:rFonts w:ascii="Times New Roman" w:eastAsia="Times New Roman" w:hAnsi="Times New Roman"/>
          <w:color w:val="000000"/>
          <w:sz w:val="24"/>
        </w:rPr>
        <w:t>https</w:t>
      </w: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>://</w:t>
      </w:r>
      <w:proofErr w:type="spellStart"/>
      <w:r>
        <w:rPr>
          <w:rFonts w:ascii="Times New Roman" w:eastAsia="Times New Roman" w:hAnsi="Times New Roman"/>
          <w:color w:val="000000"/>
          <w:sz w:val="24"/>
        </w:rPr>
        <w:t>educont</w:t>
      </w:r>
      <w:proofErr w:type="spellEnd"/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>.</w:t>
      </w:r>
      <w:proofErr w:type="spellStart"/>
      <w:r>
        <w:rPr>
          <w:rFonts w:ascii="Times New Roman" w:eastAsia="Times New Roman" w:hAnsi="Times New Roman"/>
          <w:color w:val="000000"/>
          <w:sz w:val="24"/>
        </w:rPr>
        <w:t>ru</w:t>
      </w:r>
      <w:proofErr w:type="spellEnd"/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>/</w:t>
      </w:r>
      <w:r>
        <w:rPr>
          <w:rFonts w:ascii="Times New Roman" w:eastAsia="Times New Roman" w:hAnsi="Times New Roman"/>
          <w:color w:val="000000"/>
          <w:sz w:val="24"/>
        </w:rPr>
        <w:t>profile</w:t>
      </w: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 xml:space="preserve"> - ЦОК</w:t>
      </w:r>
    </w:p>
    <w:p w:rsidR="00926326" w:rsidRPr="00794AC5" w:rsidRDefault="00926326">
      <w:pPr>
        <w:rPr>
          <w:lang w:val="ru-RU"/>
        </w:rPr>
        <w:sectPr w:rsidR="00926326" w:rsidRPr="00794AC5">
          <w:pgSz w:w="11900" w:h="16840"/>
          <w:pgMar w:top="298" w:right="650" w:bottom="1440" w:left="666" w:header="720" w:footer="720" w:gutter="0"/>
          <w:cols w:space="720" w:equalWidth="0">
            <w:col w:w="10584" w:space="0"/>
          </w:cols>
          <w:docGrid w:linePitch="360"/>
        </w:sectPr>
      </w:pPr>
    </w:p>
    <w:p w:rsidR="00926326" w:rsidRPr="00794AC5" w:rsidRDefault="00926326">
      <w:pPr>
        <w:autoSpaceDE w:val="0"/>
        <w:autoSpaceDN w:val="0"/>
        <w:spacing w:after="78" w:line="220" w:lineRule="exact"/>
        <w:rPr>
          <w:lang w:val="ru-RU"/>
        </w:rPr>
      </w:pPr>
    </w:p>
    <w:p w:rsidR="00926326" w:rsidRPr="00794AC5" w:rsidRDefault="005F2855">
      <w:pPr>
        <w:autoSpaceDE w:val="0"/>
        <w:autoSpaceDN w:val="0"/>
        <w:spacing w:after="0" w:line="230" w:lineRule="auto"/>
        <w:rPr>
          <w:lang w:val="ru-RU"/>
        </w:rPr>
      </w:pPr>
      <w:r w:rsidRPr="00794AC5">
        <w:rPr>
          <w:rFonts w:ascii="Times New Roman" w:eastAsia="Times New Roman" w:hAnsi="Times New Roman"/>
          <w:b/>
          <w:color w:val="000000"/>
          <w:sz w:val="24"/>
          <w:lang w:val="ru-RU"/>
        </w:rPr>
        <w:t>МАТЕРИАЛЬНО-ТЕХНИЧЕСКОЕ ОБЕСПЕЧЕНИЕ ОБРАЗОВАТЕЛЬНОГО ПРОЦЕССА</w:t>
      </w:r>
    </w:p>
    <w:p w:rsidR="00926326" w:rsidRPr="00794AC5" w:rsidRDefault="005F2855">
      <w:pPr>
        <w:autoSpaceDE w:val="0"/>
        <w:autoSpaceDN w:val="0"/>
        <w:spacing w:before="346" w:after="0" w:line="302" w:lineRule="auto"/>
        <w:ind w:right="7200"/>
        <w:rPr>
          <w:lang w:val="ru-RU"/>
        </w:rPr>
      </w:pPr>
      <w:r w:rsidRPr="00794AC5">
        <w:rPr>
          <w:rFonts w:ascii="Times New Roman" w:eastAsia="Times New Roman" w:hAnsi="Times New Roman"/>
          <w:b/>
          <w:color w:val="000000"/>
          <w:sz w:val="24"/>
          <w:lang w:val="ru-RU"/>
        </w:rPr>
        <w:t xml:space="preserve">УЧЕБНОЕ ОБОРУДОВАНИЕ </w:t>
      </w:r>
      <w:r w:rsidRPr="00794AC5">
        <w:rPr>
          <w:lang w:val="ru-RU"/>
        </w:rPr>
        <w:br/>
      </w: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>проектор</w:t>
      </w:r>
    </w:p>
    <w:p w:rsidR="00926326" w:rsidRPr="00794AC5" w:rsidRDefault="005F2855">
      <w:pPr>
        <w:autoSpaceDE w:val="0"/>
        <w:autoSpaceDN w:val="0"/>
        <w:spacing w:before="262" w:after="0" w:line="302" w:lineRule="auto"/>
        <w:ind w:right="3024"/>
        <w:rPr>
          <w:lang w:val="ru-RU"/>
        </w:rPr>
      </w:pPr>
      <w:r w:rsidRPr="00794AC5">
        <w:rPr>
          <w:rFonts w:ascii="Times New Roman" w:eastAsia="Times New Roman" w:hAnsi="Times New Roman"/>
          <w:b/>
          <w:color w:val="000000"/>
          <w:sz w:val="24"/>
          <w:lang w:val="ru-RU"/>
        </w:rPr>
        <w:t xml:space="preserve">ОБОРУДОВАНИЕ ДЛЯ ПРОВЕДЕНИЯ ПРАКТИЧЕСКИХ РАБОТ </w:t>
      </w:r>
      <w:r w:rsidRPr="00794AC5">
        <w:rPr>
          <w:rFonts w:ascii="Times New Roman" w:eastAsia="Times New Roman" w:hAnsi="Times New Roman"/>
          <w:color w:val="000000"/>
          <w:sz w:val="24"/>
          <w:lang w:val="ru-RU"/>
        </w:rPr>
        <w:t>Швейная машина, гладильная доска, верстак.</w:t>
      </w:r>
    </w:p>
    <w:p w:rsidR="00926326" w:rsidRPr="00794AC5" w:rsidRDefault="00926326">
      <w:pPr>
        <w:rPr>
          <w:lang w:val="ru-RU"/>
        </w:rPr>
        <w:sectPr w:rsidR="00926326" w:rsidRPr="00794AC5">
          <w:pgSz w:w="11900" w:h="16840"/>
          <w:pgMar w:top="298" w:right="650" w:bottom="1440" w:left="666" w:header="720" w:footer="720" w:gutter="0"/>
          <w:cols w:space="720" w:equalWidth="0">
            <w:col w:w="10584" w:space="0"/>
          </w:cols>
          <w:docGrid w:linePitch="360"/>
        </w:sectPr>
      </w:pPr>
    </w:p>
    <w:p w:rsidR="005F2855" w:rsidRPr="00794AC5" w:rsidRDefault="005F2855">
      <w:pPr>
        <w:rPr>
          <w:lang w:val="ru-RU"/>
        </w:rPr>
      </w:pPr>
    </w:p>
    <w:sectPr w:rsidR="005F2855" w:rsidRPr="00794AC5" w:rsidSect="00034616">
      <w:pgSz w:w="11900" w:h="16840"/>
      <w:pgMar w:top="1440" w:right="1440" w:bottom="1440" w:left="1440" w:header="720" w:footer="720" w:gutter="0"/>
      <w:cols w:space="720" w:equalWidth="0">
        <w:col w:w="10584" w:space="0"/>
      </w:cols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30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20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a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5F2855"/>
    <w:rsid w:val="006853D1"/>
    <w:rsid w:val="00794AC5"/>
    <w:rsid w:val="00926326"/>
    <w:rsid w:val="00AA1D8D"/>
    <w:rsid w:val="00B47730"/>
    <w:rsid w:val="00CB0664"/>
    <w:rsid w:val="00ED4F7D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  <w:rsid w:val="00FC693F"/>
  </w:style>
  <w:style w:type="paragraph" w:styleId="1">
    <w:name w:val="heading 1"/>
    <w:basedOn w:val="a1"/>
    <w:next w:val="a1"/>
    <w:link w:val="10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1">
    <w:name w:val="heading 2"/>
    <w:basedOn w:val="a1"/>
    <w:next w:val="a1"/>
    <w:link w:val="22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1">
    <w:name w:val="heading 3"/>
    <w:basedOn w:val="a1"/>
    <w:next w:val="a1"/>
    <w:link w:val="32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1"/>
    <w:next w:val="a1"/>
    <w:link w:val="40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1"/>
    <w:next w:val="a1"/>
    <w:link w:val="50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1"/>
    <w:next w:val="a1"/>
    <w:link w:val="60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1"/>
    <w:next w:val="a1"/>
    <w:link w:val="70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1"/>
    <w:next w:val="a1"/>
    <w:link w:val="80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9">
    <w:name w:val="heading 9"/>
    <w:basedOn w:val="a1"/>
    <w:next w:val="a1"/>
    <w:link w:val="90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header"/>
    <w:basedOn w:val="a1"/>
    <w:link w:val="a6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6">
    <w:name w:val="Верхний колонтитул Знак"/>
    <w:basedOn w:val="a2"/>
    <w:link w:val="a5"/>
    <w:uiPriority w:val="99"/>
    <w:rsid w:val="00E618BF"/>
  </w:style>
  <w:style w:type="paragraph" w:styleId="a7">
    <w:name w:val="footer"/>
    <w:basedOn w:val="a1"/>
    <w:link w:val="a8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8">
    <w:name w:val="Нижний колонтитул Знак"/>
    <w:basedOn w:val="a2"/>
    <w:link w:val="a7"/>
    <w:uiPriority w:val="99"/>
    <w:rsid w:val="00E618BF"/>
  </w:style>
  <w:style w:type="paragraph" w:styleId="a9">
    <w:name w:val="No Spacing"/>
    <w:uiPriority w:val="1"/>
    <w:qFormat/>
    <w:rsid w:val="00FC693F"/>
    <w:pPr>
      <w:spacing w:after="0" w:line="240" w:lineRule="auto"/>
    </w:pPr>
  </w:style>
  <w:style w:type="character" w:customStyle="1" w:styleId="10">
    <w:name w:val="Заголовок 1 Знак"/>
    <w:basedOn w:val="a2"/>
    <w:link w:val="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2">
    <w:name w:val="Заголовок 2 Знак"/>
    <w:basedOn w:val="a2"/>
    <w:link w:val="21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2">
    <w:name w:val="Заголовок 3 Знак"/>
    <w:basedOn w:val="a2"/>
    <w:link w:val="31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a">
    <w:name w:val="Title"/>
    <w:basedOn w:val="a1"/>
    <w:next w:val="a1"/>
    <w:link w:val="ab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b">
    <w:name w:val="Название Знак"/>
    <w:basedOn w:val="a2"/>
    <w:link w:val="aa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c">
    <w:name w:val="Subtitle"/>
    <w:basedOn w:val="a1"/>
    <w:next w:val="a1"/>
    <w:link w:val="ad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d">
    <w:name w:val="Подзаголовок Знак"/>
    <w:basedOn w:val="a2"/>
    <w:link w:val="ac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e">
    <w:name w:val="List Paragraph"/>
    <w:basedOn w:val="a1"/>
    <w:uiPriority w:val="34"/>
    <w:qFormat/>
    <w:rsid w:val="00FC693F"/>
    <w:pPr>
      <w:ind w:left="720"/>
      <w:contextualSpacing/>
    </w:pPr>
  </w:style>
  <w:style w:type="paragraph" w:styleId="af">
    <w:name w:val="Body Text"/>
    <w:basedOn w:val="a1"/>
    <w:link w:val="af0"/>
    <w:uiPriority w:val="99"/>
    <w:unhideWhenUsed/>
    <w:rsid w:val="00AA1D8D"/>
    <w:pPr>
      <w:spacing w:after="120"/>
    </w:pPr>
  </w:style>
  <w:style w:type="character" w:customStyle="1" w:styleId="af0">
    <w:name w:val="Основной текст Знак"/>
    <w:basedOn w:val="a2"/>
    <w:link w:val="af"/>
    <w:uiPriority w:val="99"/>
    <w:rsid w:val="00AA1D8D"/>
  </w:style>
  <w:style w:type="paragraph" w:styleId="23">
    <w:name w:val="Body Text 2"/>
    <w:basedOn w:val="a1"/>
    <w:link w:val="24"/>
    <w:uiPriority w:val="99"/>
    <w:unhideWhenUsed/>
    <w:rsid w:val="00AA1D8D"/>
    <w:pPr>
      <w:spacing w:after="120" w:line="480" w:lineRule="auto"/>
    </w:pPr>
  </w:style>
  <w:style w:type="character" w:customStyle="1" w:styleId="24">
    <w:name w:val="Основной текст 2 Знак"/>
    <w:basedOn w:val="a2"/>
    <w:link w:val="23"/>
    <w:uiPriority w:val="99"/>
    <w:rsid w:val="00AA1D8D"/>
  </w:style>
  <w:style w:type="paragraph" w:styleId="33">
    <w:name w:val="Body Text 3"/>
    <w:basedOn w:val="a1"/>
    <w:link w:val="34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34">
    <w:name w:val="Основной текст 3 Знак"/>
    <w:basedOn w:val="a2"/>
    <w:link w:val="33"/>
    <w:uiPriority w:val="99"/>
    <w:rsid w:val="00AA1D8D"/>
    <w:rPr>
      <w:sz w:val="16"/>
      <w:szCs w:val="16"/>
    </w:rPr>
  </w:style>
  <w:style w:type="paragraph" w:styleId="af1">
    <w:name w:val="List"/>
    <w:basedOn w:val="a1"/>
    <w:uiPriority w:val="99"/>
    <w:unhideWhenUsed/>
    <w:rsid w:val="00AA1D8D"/>
    <w:pPr>
      <w:ind w:left="360" w:hanging="360"/>
      <w:contextualSpacing/>
    </w:pPr>
  </w:style>
  <w:style w:type="paragraph" w:styleId="25">
    <w:name w:val="List 2"/>
    <w:basedOn w:val="a1"/>
    <w:uiPriority w:val="99"/>
    <w:unhideWhenUsed/>
    <w:rsid w:val="00326F90"/>
    <w:pPr>
      <w:ind w:left="720" w:hanging="360"/>
      <w:contextualSpacing/>
    </w:pPr>
  </w:style>
  <w:style w:type="paragraph" w:styleId="35">
    <w:name w:val="List 3"/>
    <w:basedOn w:val="a1"/>
    <w:uiPriority w:val="99"/>
    <w:unhideWhenUsed/>
    <w:rsid w:val="00326F90"/>
    <w:pPr>
      <w:ind w:left="1080" w:hanging="360"/>
      <w:contextualSpacing/>
    </w:pPr>
  </w:style>
  <w:style w:type="paragraph" w:styleId="a0">
    <w:name w:val="List Bullet"/>
    <w:basedOn w:val="a1"/>
    <w:uiPriority w:val="99"/>
    <w:unhideWhenUsed/>
    <w:rsid w:val="00326F90"/>
    <w:pPr>
      <w:numPr>
        <w:numId w:val="1"/>
      </w:numPr>
      <w:contextualSpacing/>
    </w:pPr>
  </w:style>
  <w:style w:type="paragraph" w:styleId="20">
    <w:name w:val="List Bullet 2"/>
    <w:basedOn w:val="a1"/>
    <w:uiPriority w:val="99"/>
    <w:unhideWhenUsed/>
    <w:rsid w:val="00326F90"/>
    <w:pPr>
      <w:numPr>
        <w:numId w:val="2"/>
      </w:numPr>
      <w:contextualSpacing/>
    </w:pPr>
  </w:style>
  <w:style w:type="paragraph" w:styleId="30">
    <w:name w:val="List Bullet 3"/>
    <w:basedOn w:val="a1"/>
    <w:uiPriority w:val="99"/>
    <w:unhideWhenUsed/>
    <w:rsid w:val="00326F90"/>
    <w:pPr>
      <w:numPr>
        <w:numId w:val="3"/>
      </w:numPr>
      <w:contextualSpacing/>
    </w:pPr>
  </w:style>
  <w:style w:type="paragraph" w:styleId="a">
    <w:name w:val="List Number"/>
    <w:basedOn w:val="a1"/>
    <w:uiPriority w:val="99"/>
    <w:unhideWhenUsed/>
    <w:rsid w:val="00326F90"/>
    <w:pPr>
      <w:numPr>
        <w:numId w:val="5"/>
      </w:numPr>
      <w:contextualSpacing/>
    </w:pPr>
  </w:style>
  <w:style w:type="paragraph" w:styleId="2">
    <w:name w:val="List Number 2"/>
    <w:basedOn w:val="a1"/>
    <w:uiPriority w:val="99"/>
    <w:unhideWhenUsed/>
    <w:rsid w:val="0029639D"/>
    <w:pPr>
      <w:numPr>
        <w:numId w:val="6"/>
      </w:numPr>
      <w:contextualSpacing/>
    </w:pPr>
  </w:style>
  <w:style w:type="paragraph" w:styleId="3">
    <w:name w:val="List Number 3"/>
    <w:basedOn w:val="a1"/>
    <w:uiPriority w:val="99"/>
    <w:unhideWhenUsed/>
    <w:rsid w:val="0029639D"/>
    <w:pPr>
      <w:numPr>
        <w:numId w:val="7"/>
      </w:numPr>
      <w:contextualSpacing/>
    </w:pPr>
  </w:style>
  <w:style w:type="paragraph" w:styleId="af2">
    <w:name w:val="List Continue"/>
    <w:basedOn w:val="a1"/>
    <w:uiPriority w:val="99"/>
    <w:unhideWhenUsed/>
    <w:rsid w:val="0029639D"/>
    <w:pPr>
      <w:spacing w:after="120"/>
      <w:ind w:left="360"/>
      <w:contextualSpacing/>
    </w:pPr>
  </w:style>
  <w:style w:type="paragraph" w:styleId="26">
    <w:name w:val="List Continue 2"/>
    <w:basedOn w:val="a1"/>
    <w:uiPriority w:val="99"/>
    <w:unhideWhenUsed/>
    <w:rsid w:val="0029639D"/>
    <w:pPr>
      <w:spacing w:after="120"/>
      <w:ind w:left="720"/>
      <w:contextualSpacing/>
    </w:pPr>
  </w:style>
  <w:style w:type="paragraph" w:styleId="36">
    <w:name w:val="List Continue 3"/>
    <w:basedOn w:val="a1"/>
    <w:uiPriority w:val="99"/>
    <w:unhideWhenUsed/>
    <w:rsid w:val="0029639D"/>
    <w:pPr>
      <w:spacing w:after="120"/>
      <w:ind w:left="1080"/>
      <w:contextualSpacing/>
    </w:pPr>
  </w:style>
  <w:style w:type="paragraph" w:styleId="af3">
    <w:name w:val="macro"/>
    <w:link w:val="af4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af4">
    <w:name w:val="Текст макроса Знак"/>
    <w:basedOn w:val="a2"/>
    <w:link w:val="af3"/>
    <w:uiPriority w:val="99"/>
    <w:rsid w:val="0029639D"/>
    <w:rPr>
      <w:rFonts w:ascii="Courier" w:hAnsi="Courier"/>
      <w:sz w:val="20"/>
      <w:szCs w:val="20"/>
    </w:rPr>
  </w:style>
  <w:style w:type="paragraph" w:styleId="27">
    <w:name w:val="Quote"/>
    <w:basedOn w:val="a1"/>
    <w:next w:val="a1"/>
    <w:link w:val="28"/>
    <w:uiPriority w:val="29"/>
    <w:qFormat/>
    <w:rsid w:val="00FC693F"/>
    <w:rPr>
      <w:i/>
      <w:iCs/>
      <w:color w:val="000000" w:themeColor="text1"/>
    </w:rPr>
  </w:style>
  <w:style w:type="character" w:customStyle="1" w:styleId="28">
    <w:name w:val="Цитата 2 Знак"/>
    <w:basedOn w:val="a2"/>
    <w:link w:val="27"/>
    <w:uiPriority w:val="29"/>
    <w:rsid w:val="00FC693F"/>
    <w:rPr>
      <w:i/>
      <w:iCs/>
      <w:color w:val="000000" w:themeColor="text1"/>
    </w:rPr>
  </w:style>
  <w:style w:type="character" w:customStyle="1" w:styleId="40">
    <w:name w:val="Заголовок 4 Знак"/>
    <w:basedOn w:val="a2"/>
    <w:link w:val="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Заголовок 5 Знак"/>
    <w:basedOn w:val="a2"/>
    <w:link w:val="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60">
    <w:name w:val="Заголовок 6 Знак"/>
    <w:basedOn w:val="a2"/>
    <w:link w:val="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70">
    <w:name w:val="Заголовок 7 Знак"/>
    <w:basedOn w:val="a2"/>
    <w:link w:val="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basedOn w:val="a2"/>
    <w:link w:val="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90">
    <w:name w:val="Заголовок 9 Знак"/>
    <w:basedOn w:val="a2"/>
    <w:link w:val="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f5">
    <w:name w:val="caption"/>
    <w:basedOn w:val="a1"/>
    <w:next w:val="a1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af6">
    <w:name w:val="Strong"/>
    <w:basedOn w:val="a2"/>
    <w:uiPriority w:val="22"/>
    <w:qFormat/>
    <w:rsid w:val="00FC693F"/>
    <w:rPr>
      <w:b/>
      <w:bCs/>
    </w:rPr>
  </w:style>
  <w:style w:type="character" w:styleId="af7">
    <w:name w:val="Emphasis"/>
    <w:basedOn w:val="a2"/>
    <w:uiPriority w:val="20"/>
    <w:qFormat/>
    <w:rsid w:val="00FC693F"/>
    <w:rPr>
      <w:i/>
      <w:iCs/>
    </w:rPr>
  </w:style>
  <w:style w:type="paragraph" w:styleId="af8">
    <w:name w:val="Intense Quote"/>
    <w:basedOn w:val="a1"/>
    <w:next w:val="a1"/>
    <w:link w:val="af9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f9">
    <w:name w:val="Выделенная цитата Знак"/>
    <w:basedOn w:val="a2"/>
    <w:link w:val="af8"/>
    <w:uiPriority w:val="30"/>
    <w:rsid w:val="00FC693F"/>
    <w:rPr>
      <w:b/>
      <w:bCs/>
      <w:i/>
      <w:iCs/>
      <w:color w:val="4F81BD" w:themeColor="accent1"/>
    </w:rPr>
  </w:style>
  <w:style w:type="character" w:styleId="afa">
    <w:name w:val="Subtle Emphasis"/>
    <w:basedOn w:val="a2"/>
    <w:uiPriority w:val="19"/>
    <w:qFormat/>
    <w:rsid w:val="00FC693F"/>
    <w:rPr>
      <w:i/>
      <w:iCs/>
      <w:color w:val="808080" w:themeColor="text1" w:themeTint="7F"/>
    </w:rPr>
  </w:style>
  <w:style w:type="character" w:styleId="afb">
    <w:name w:val="Intense Emphasis"/>
    <w:basedOn w:val="a2"/>
    <w:uiPriority w:val="21"/>
    <w:qFormat/>
    <w:rsid w:val="00FC693F"/>
    <w:rPr>
      <w:b/>
      <w:bCs/>
      <w:i/>
      <w:iCs/>
      <w:color w:val="4F81BD" w:themeColor="accent1"/>
    </w:rPr>
  </w:style>
  <w:style w:type="character" w:styleId="afc">
    <w:name w:val="Subtle Reference"/>
    <w:basedOn w:val="a2"/>
    <w:uiPriority w:val="31"/>
    <w:qFormat/>
    <w:rsid w:val="00FC693F"/>
    <w:rPr>
      <w:smallCaps/>
      <w:color w:val="C0504D" w:themeColor="accent2"/>
      <w:u w:val="single"/>
    </w:rPr>
  </w:style>
  <w:style w:type="character" w:styleId="afd">
    <w:name w:val="Intense Reference"/>
    <w:basedOn w:val="a2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afe">
    <w:name w:val="Book Title"/>
    <w:basedOn w:val="a2"/>
    <w:uiPriority w:val="33"/>
    <w:qFormat/>
    <w:rsid w:val="00FC693F"/>
    <w:rPr>
      <w:b/>
      <w:bCs/>
      <w:smallCaps/>
      <w:spacing w:val="5"/>
    </w:rPr>
  </w:style>
  <w:style w:type="paragraph" w:styleId="aff">
    <w:name w:val="TOC Heading"/>
    <w:basedOn w:val="1"/>
    <w:next w:val="a1"/>
    <w:uiPriority w:val="39"/>
    <w:semiHidden/>
    <w:unhideWhenUsed/>
    <w:qFormat/>
    <w:rsid w:val="00FC693F"/>
    <w:pPr>
      <w:outlineLvl w:val="9"/>
    </w:pPr>
  </w:style>
  <w:style w:type="table" w:styleId="aff0">
    <w:name w:val="Table Grid"/>
    <w:basedOn w:val="a3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ff1">
    <w:name w:val="Light Shading"/>
    <w:basedOn w:val="a3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-1">
    <w:name w:val="Light Shading Accent 1"/>
    <w:basedOn w:val="a3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-2">
    <w:name w:val="Light Shading Accent 2"/>
    <w:basedOn w:val="a3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-3">
    <w:name w:val="Light Shading Accent 3"/>
    <w:basedOn w:val="a3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-4">
    <w:name w:val="Light Shading Accent 4"/>
    <w:basedOn w:val="a3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-5">
    <w:name w:val="Light Shading Accent 5"/>
    <w:basedOn w:val="a3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-6">
    <w:name w:val="Light Shading Accent 6"/>
    <w:basedOn w:val="a3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aff2">
    <w:name w:val="Light List"/>
    <w:basedOn w:val="a3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-10">
    <w:name w:val="Light List Accent 1"/>
    <w:basedOn w:val="a3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-20">
    <w:name w:val="Light List Accent 2"/>
    <w:basedOn w:val="a3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-30">
    <w:name w:val="Light List Accent 3"/>
    <w:basedOn w:val="a3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-40">
    <w:name w:val="Light List Accent 4"/>
    <w:basedOn w:val="a3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-50">
    <w:name w:val="Light List Accent 5"/>
    <w:basedOn w:val="a3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-60">
    <w:name w:val="Light List Accent 6"/>
    <w:basedOn w:val="a3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aff3">
    <w:name w:val="Light Grid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-11">
    <w:name w:val="Light Grid Accent 1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-21">
    <w:name w:val="Light Grid Accent 2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-31">
    <w:name w:val="Light Grid Accent 3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-41">
    <w:name w:val="Light Grid Accent 4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-51">
    <w:name w:val="Light Grid Accent 5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-61">
    <w:name w:val="Light Grid Accent 6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11">
    <w:name w:val="Medium Shading 1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1">
    <w:name w:val="Medium Shading 1 Accent 1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2">
    <w:name w:val="Medium Shading 1 Accent 2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3">
    <w:name w:val="Medium Shading 1 Accent 3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4">
    <w:name w:val="Medium Shading 1 Accent 4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5">
    <w:name w:val="Medium Shading 1 Accent 5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6">
    <w:name w:val="Medium Shading 1 Accent 6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29">
    <w:name w:val="Medium Shading 2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1">
    <w:name w:val="Medium Shading 2 Accent 1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2">
    <w:name w:val="Medium Shading 2 Accent 2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3">
    <w:name w:val="Medium Shading 2 Accent 3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4">
    <w:name w:val="Medium Shading 2 Accent 4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5">
    <w:name w:val="Medium Shading 2 Accent 5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6">
    <w:name w:val="Medium Shading 2 Accent 6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12">
    <w:name w:val="Medium List 1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1-10">
    <w:name w:val="Medium List 1 Accent 1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1-20">
    <w:name w:val="Medium List 1 Accent 2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1-30">
    <w:name w:val="Medium List 1 Accent 3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1-40">
    <w:name w:val="Medium List 1 Accent 4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1-50">
    <w:name w:val="Medium List 1 Accent 5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1-60">
    <w:name w:val="Medium List 1 Accent 6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2a">
    <w:name w:val="Medium List 2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10">
    <w:name w:val="Medium List 2 Accent 1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20">
    <w:name w:val="Medium List 2 Accent 2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30">
    <w:name w:val="Medium List 2 Accent 3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40">
    <w:name w:val="Medium List 2 Accent 4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50">
    <w:name w:val="Medium List 2 Accent 5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60">
    <w:name w:val="Medium List 2 Accent 6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13">
    <w:name w:val="Medium Grid 1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1-11">
    <w:name w:val="Medium Grid 1 Accent 1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1-21">
    <w:name w:val="Medium Grid 1 Accent 2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1-31">
    <w:name w:val="Medium Grid 1 Accent 3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1-41">
    <w:name w:val="Medium Grid 1 Accent 4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1-51">
    <w:name w:val="Medium Grid 1 Accent 5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1-61">
    <w:name w:val="Medium Grid 1 Accent 6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2b">
    <w:name w:val="Medium Grid 2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11">
    <w:name w:val="Medium Grid 2 Accent 1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21">
    <w:name w:val="Medium Grid 2 Accent 2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31">
    <w:name w:val="Medium Grid 2 Accent 3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41">
    <w:name w:val="Medium Grid 2 Accent 4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51">
    <w:name w:val="Medium Grid 2 Accent 5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61">
    <w:name w:val="Medium Grid 2 Accent 6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37">
    <w:name w:val="Medium Grid 3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3-1">
    <w:name w:val="Medium Grid 3 Accent 1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3-2">
    <w:name w:val="Medium Grid 3 Accent 2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3-3">
    <w:name w:val="Medium Grid 3 Accent 3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3-4">
    <w:name w:val="Medium Grid 3 Accent 4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3-5">
    <w:name w:val="Medium Grid 3 Accent 5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3-6">
    <w:name w:val="Medium Grid 3 Accent 6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aff4">
    <w:name w:val="Dark List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-12">
    <w:name w:val="Dark List Accent 1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-22">
    <w:name w:val="Dark List Accent 2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-32">
    <w:name w:val="Dark List Accent 3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-42">
    <w:name w:val="Dark List Accent 4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-52">
    <w:name w:val="Dark List Accent 5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-62">
    <w:name w:val="Dark List Accent 6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aff5">
    <w:name w:val="Colorful Shading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13">
    <w:name w:val="Colorful Shading Accent 1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23">
    <w:name w:val="Colorful Shading Accent 2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33">
    <w:name w:val="Colorful Shading Accent 3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-43">
    <w:name w:val="Colorful Shading Accent 4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53">
    <w:name w:val="Colorful Shading Accent 5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63">
    <w:name w:val="Colorful Shading Accent 6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aff6">
    <w:name w:val="Colorful List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-14">
    <w:name w:val="Colorful List Accent 1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-24">
    <w:name w:val="Colorful List Accent 2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-34">
    <w:name w:val="Colorful List Accent 3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-44">
    <w:name w:val="Colorful List Accent 4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-54">
    <w:name w:val="Colorful List Accent 5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-64">
    <w:name w:val="Colorful List Accent 6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aff7">
    <w:name w:val="Colorful Grid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-15">
    <w:name w:val="Colorful Grid Accent 1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-25">
    <w:name w:val="Colorful Grid Accent 2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-35">
    <w:name w:val="Colorful Grid Accent 3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-45">
    <w:name w:val="Colorful Grid Accent 4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-55">
    <w:name w:val="Colorful Grid Accent 5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-65">
    <w:name w:val="Colorful Grid Accent 6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  <w:rsid w:val="00FC693F"/>
  </w:style>
  <w:style w:type="paragraph" w:styleId="1">
    <w:name w:val="heading 1"/>
    <w:basedOn w:val="a1"/>
    <w:next w:val="a1"/>
    <w:link w:val="10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1">
    <w:name w:val="heading 2"/>
    <w:basedOn w:val="a1"/>
    <w:next w:val="a1"/>
    <w:link w:val="22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1">
    <w:name w:val="heading 3"/>
    <w:basedOn w:val="a1"/>
    <w:next w:val="a1"/>
    <w:link w:val="32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1"/>
    <w:next w:val="a1"/>
    <w:link w:val="40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1"/>
    <w:next w:val="a1"/>
    <w:link w:val="50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1"/>
    <w:next w:val="a1"/>
    <w:link w:val="60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1"/>
    <w:next w:val="a1"/>
    <w:link w:val="70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1"/>
    <w:next w:val="a1"/>
    <w:link w:val="80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9">
    <w:name w:val="heading 9"/>
    <w:basedOn w:val="a1"/>
    <w:next w:val="a1"/>
    <w:link w:val="90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header"/>
    <w:basedOn w:val="a1"/>
    <w:link w:val="a6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6">
    <w:name w:val="Верхний колонтитул Знак"/>
    <w:basedOn w:val="a2"/>
    <w:link w:val="a5"/>
    <w:uiPriority w:val="99"/>
    <w:rsid w:val="00E618BF"/>
  </w:style>
  <w:style w:type="paragraph" w:styleId="a7">
    <w:name w:val="footer"/>
    <w:basedOn w:val="a1"/>
    <w:link w:val="a8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8">
    <w:name w:val="Нижний колонтитул Знак"/>
    <w:basedOn w:val="a2"/>
    <w:link w:val="a7"/>
    <w:uiPriority w:val="99"/>
    <w:rsid w:val="00E618BF"/>
  </w:style>
  <w:style w:type="paragraph" w:styleId="a9">
    <w:name w:val="No Spacing"/>
    <w:uiPriority w:val="1"/>
    <w:qFormat/>
    <w:rsid w:val="00FC693F"/>
    <w:pPr>
      <w:spacing w:after="0" w:line="240" w:lineRule="auto"/>
    </w:pPr>
  </w:style>
  <w:style w:type="character" w:customStyle="1" w:styleId="10">
    <w:name w:val="Заголовок 1 Знак"/>
    <w:basedOn w:val="a2"/>
    <w:link w:val="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2">
    <w:name w:val="Заголовок 2 Знак"/>
    <w:basedOn w:val="a2"/>
    <w:link w:val="21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2">
    <w:name w:val="Заголовок 3 Знак"/>
    <w:basedOn w:val="a2"/>
    <w:link w:val="31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a">
    <w:name w:val="Title"/>
    <w:basedOn w:val="a1"/>
    <w:next w:val="a1"/>
    <w:link w:val="ab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b">
    <w:name w:val="Название Знак"/>
    <w:basedOn w:val="a2"/>
    <w:link w:val="aa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c">
    <w:name w:val="Subtitle"/>
    <w:basedOn w:val="a1"/>
    <w:next w:val="a1"/>
    <w:link w:val="ad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d">
    <w:name w:val="Подзаголовок Знак"/>
    <w:basedOn w:val="a2"/>
    <w:link w:val="ac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e">
    <w:name w:val="List Paragraph"/>
    <w:basedOn w:val="a1"/>
    <w:uiPriority w:val="34"/>
    <w:qFormat/>
    <w:rsid w:val="00FC693F"/>
    <w:pPr>
      <w:ind w:left="720"/>
      <w:contextualSpacing/>
    </w:pPr>
  </w:style>
  <w:style w:type="paragraph" w:styleId="af">
    <w:name w:val="Body Text"/>
    <w:basedOn w:val="a1"/>
    <w:link w:val="af0"/>
    <w:uiPriority w:val="99"/>
    <w:unhideWhenUsed/>
    <w:rsid w:val="00AA1D8D"/>
    <w:pPr>
      <w:spacing w:after="120"/>
    </w:pPr>
  </w:style>
  <w:style w:type="character" w:customStyle="1" w:styleId="af0">
    <w:name w:val="Основной текст Знак"/>
    <w:basedOn w:val="a2"/>
    <w:link w:val="af"/>
    <w:uiPriority w:val="99"/>
    <w:rsid w:val="00AA1D8D"/>
  </w:style>
  <w:style w:type="paragraph" w:styleId="23">
    <w:name w:val="Body Text 2"/>
    <w:basedOn w:val="a1"/>
    <w:link w:val="24"/>
    <w:uiPriority w:val="99"/>
    <w:unhideWhenUsed/>
    <w:rsid w:val="00AA1D8D"/>
    <w:pPr>
      <w:spacing w:after="120" w:line="480" w:lineRule="auto"/>
    </w:pPr>
  </w:style>
  <w:style w:type="character" w:customStyle="1" w:styleId="24">
    <w:name w:val="Основной текст 2 Знак"/>
    <w:basedOn w:val="a2"/>
    <w:link w:val="23"/>
    <w:uiPriority w:val="99"/>
    <w:rsid w:val="00AA1D8D"/>
  </w:style>
  <w:style w:type="paragraph" w:styleId="33">
    <w:name w:val="Body Text 3"/>
    <w:basedOn w:val="a1"/>
    <w:link w:val="34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34">
    <w:name w:val="Основной текст 3 Знак"/>
    <w:basedOn w:val="a2"/>
    <w:link w:val="33"/>
    <w:uiPriority w:val="99"/>
    <w:rsid w:val="00AA1D8D"/>
    <w:rPr>
      <w:sz w:val="16"/>
      <w:szCs w:val="16"/>
    </w:rPr>
  </w:style>
  <w:style w:type="paragraph" w:styleId="af1">
    <w:name w:val="List"/>
    <w:basedOn w:val="a1"/>
    <w:uiPriority w:val="99"/>
    <w:unhideWhenUsed/>
    <w:rsid w:val="00AA1D8D"/>
    <w:pPr>
      <w:ind w:left="360" w:hanging="360"/>
      <w:contextualSpacing/>
    </w:pPr>
  </w:style>
  <w:style w:type="paragraph" w:styleId="25">
    <w:name w:val="List 2"/>
    <w:basedOn w:val="a1"/>
    <w:uiPriority w:val="99"/>
    <w:unhideWhenUsed/>
    <w:rsid w:val="00326F90"/>
    <w:pPr>
      <w:ind w:left="720" w:hanging="360"/>
      <w:contextualSpacing/>
    </w:pPr>
  </w:style>
  <w:style w:type="paragraph" w:styleId="35">
    <w:name w:val="List 3"/>
    <w:basedOn w:val="a1"/>
    <w:uiPriority w:val="99"/>
    <w:unhideWhenUsed/>
    <w:rsid w:val="00326F90"/>
    <w:pPr>
      <w:ind w:left="1080" w:hanging="360"/>
      <w:contextualSpacing/>
    </w:pPr>
  </w:style>
  <w:style w:type="paragraph" w:styleId="a0">
    <w:name w:val="List Bullet"/>
    <w:basedOn w:val="a1"/>
    <w:uiPriority w:val="99"/>
    <w:unhideWhenUsed/>
    <w:rsid w:val="00326F90"/>
    <w:pPr>
      <w:numPr>
        <w:numId w:val="1"/>
      </w:numPr>
      <w:contextualSpacing/>
    </w:pPr>
  </w:style>
  <w:style w:type="paragraph" w:styleId="20">
    <w:name w:val="List Bullet 2"/>
    <w:basedOn w:val="a1"/>
    <w:uiPriority w:val="99"/>
    <w:unhideWhenUsed/>
    <w:rsid w:val="00326F90"/>
    <w:pPr>
      <w:numPr>
        <w:numId w:val="2"/>
      </w:numPr>
      <w:contextualSpacing/>
    </w:pPr>
  </w:style>
  <w:style w:type="paragraph" w:styleId="30">
    <w:name w:val="List Bullet 3"/>
    <w:basedOn w:val="a1"/>
    <w:uiPriority w:val="99"/>
    <w:unhideWhenUsed/>
    <w:rsid w:val="00326F90"/>
    <w:pPr>
      <w:numPr>
        <w:numId w:val="3"/>
      </w:numPr>
      <w:contextualSpacing/>
    </w:pPr>
  </w:style>
  <w:style w:type="paragraph" w:styleId="a">
    <w:name w:val="List Number"/>
    <w:basedOn w:val="a1"/>
    <w:uiPriority w:val="99"/>
    <w:unhideWhenUsed/>
    <w:rsid w:val="00326F90"/>
    <w:pPr>
      <w:numPr>
        <w:numId w:val="5"/>
      </w:numPr>
      <w:contextualSpacing/>
    </w:pPr>
  </w:style>
  <w:style w:type="paragraph" w:styleId="2">
    <w:name w:val="List Number 2"/>
    <w:basedOn w:val="a1"/>
    <w:uiPriority w:val="99"/>
    <w:unhideWhenUsed/>
    <w:rsid w:val="0029639D"/>
    <w:pPr>
      <w:numPr>
        <w:numId w:val="6"/>
      </w:numPr>
      <w:contextualSpacing/>
    </w:pPr>
  </w:style>
  <w:style w:type="paragraph" w:styleId="3">
    <w:name w:val="List Number 3"/>
    <w:basedOn w:val="a1"/>
    <w:uiPriority w:val="99"/>
    <w:unhideWhenUsed/>
    <w:rsid w:val="0029639D"/>
    <w:pPr>
      <w:numPr>
        <w:numId w:val="7"/>
      </w:numPr>
      <w:contextualSpacing/>
    </w:pPr>
  </w:style>
  <w:style w:type="paragraph" w:styleId="af2">
    <w:name w:val="List Continue"/>
    <w:basedOn w:val="a1"/>
    <w:uiPriority w:val="99"/>
    <w:unhideWhenUsed/>
    <w:rsid w:val="0029639D"/>
    <w:pPr>
      <w:spacing w:after="120"/>
      <w:ind w:left="360"/>
      <w:contextualSpacing/>
    </w:pPr>
  </w:style>
  <w:style w:type="paragraph" w:styleId="26">
    <w:name w:val="List Continue 2"/>
    <w:basedOn w:val="a1"/>
    <w:uiPriority w:val="99"/>
    <w:unhideWhenUsed/>
    <w:rsid w:val="0029639D"/>
    <w:pPr>
      <w:spacing w:after="120"/>
      <w:ind w:left="720"/>
      <w:contextualSpacing/>
    </w:pPr>
  </w:style>
  <w:style w:type="paragraph" w:styleId="36">
    <w:name w:val="List Continue 3"/>
    <w:basedOn w:val="a1"/>
    <w:uiPriority w:val="99"/>
    <w:unhideWhenUsed/>
    <w:rsid w:val="0029639D"/>
    <w:pPr>
      <w:spacing w:after="120"/>
      <w:ind w:left="1080"/>
      <w:contextualSpacing/>
    </w:pPr>
  </w:style>
  <w:style w:type="paragraph" w:styleId="af3">
    <w:name w:val="macro"/>
    <w:link w:val="af4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af4">
    <w:name w:val="Текст макроса Знак"/>
    <w:basedOn w:val="a2"/>
    <w:link w:val="af3"/>
    <w:uiPriority w:val="99"/>
    <w:rsid w:val="0029639D"/>
    <w:rPr>
      <w:rFonts w:ascii="Courier" w:hAnsi="Courier"/>
      <w:sz w:val="20"/>
      <w:szCs w:val="20"/>
    </w:rPr>
  </w:style>
  <w:style w:type="paragraph" w:styleId="27">
    <w:name w:val="Quote"/>
    <w:basedOn w:val="a1"/>
    <w:next w:val="a1"/>
    <w:link w:val="28"/>
    <w:uiPriority w:val="29"/>
    <w:qFormat/>
    <w:rsid w:val="00FC693F"/>
    <w:rPr>
      <w:i/>
      <w:iCs/>
      <w:color w:val="000000" w:themeColor="text1"/>
    </w:rPr>
  </w:style>
  <w:style w:type="character" w:customStyle="1" w:styleId="28">
    <w:name w:val="Цитата 2 Знак"/>
    <w:basedOn w:val="a2"/>
    <w:link w:val="27"/>
    <w:uiPriority w:val="29"/>
    <w:rsid w:val="00FC693F"/>
    <w:rPr>
      <w:i/>
      <w:iCs/>
      <w:color w:val="000000" w:themeColor="text1"/>
    </w:rPr>
  </w:style>
  <w:style w:type="character" w:customStyle="1" w:styleId="40">
    <w:name w:val="Заголовок 4 Знак"/>
    <w:basedOn w:val="a2"/>
    <w:link w:val="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Заголовок 5 Знак"/>
    <w:basedOn w:val="a2"/>
    <w:link w:val="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60">
    <w:name w:val="Заголовок 6 Знак"/>
    <w:basedOn w:val="a2"/>
    <w:link w:val="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70">
    <w:name w:val="Заголовок 7 Знак"/>
    <w:basedOn w:val="a2"/>
    <w:link w:val="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basedOn w:val="a2"/>
    <w:link w:val="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90">
    <w:name w:val="Заголовок 9 Знак"/>
    <w:basedOn w:val="a2"/>
    <w:link w:val="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f5">
    <w:name w:val="caption"/>
    <w:basedOn w:val="a1"/>
    <w:next w:val="a1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af6">
    <w:name w:val="Strong"/>
    <w:basedOn w:val="a2"/>
    <w:uiPriority w:val="22"/>
    <w:qFormat/>
    <w:rsid w:val="00FC693F"/>
    <w:rPr>
      <w:b/>
      <w:bCs/>
    </w:rPr>
  </w:style>
  <w:style w:type="character" w:styleId="af7">
    <w:name w:val="Emphasis"/>
    <w:basedOn w:val="a2"/>
    <w:uiPriority w:val="20"/>
    <w:qFormat/>
    <w:rsid w:val="00FC693F"/>
    <w:rPr>
      <w:i/>
      <w:iCs/>
    </w:rPr>
  </w:style>
  <w:style w:type="paragraph" w:styleId="af8">
    <w:name w:val="Intense Quote"/>
    <w:basedOn w:val="a1"/>
    <w:next w:val="a1"/>
    <w:link w:val="af9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f9">
    <w:name w:val="Выделенная цитата Знак"/>
    <w:basedOn w:val="a2"/>
    <w:link w:val="af8"/>
    <w:uiPriority w:val="30"/>
    <w:rsid w:val="00FC693F"/>
    <w:rPr>
      <w:b/>
      <w:bCs/>
      <w:i/>
      <w:iCs/>
      <w:color w:val="4F81BD" w:themeColor="accent1"/>
    </w:rPr>
  </w:style>
  <w:style w:type="character" w:styleId="afa">
    <w:name w:val="Subtle Emphasis"/>
    <w:basedOn w:val="a2"/>
    <w:uiPriority w:val="19"/>
    <w:qFormat/>
    <w:rsid w:val="00FC693F"/>
    <w:rPr>
      <w:i/>
      <w:iCs/>
      <w:color w:val="808080" w:themeColor="text1" w:themeTint="7F"/>
    </w:rPr>
  </w:style>
  <w:style w:type="character" w:styleId="afb">
    <w:name w:val="Intense Emphasis"/>
    <w:basedOn w:val="a2"/>
    <w:uiPriority w:val="21"/>
    <w:qFormat/>
    <w:rsid w:val="00FC693F"/>
    <w:rPr>
      <w:b/>
      <w:bCs/>
      <w:i/>
      <w:iCs/>
      <w:color w:val="4F81BD" w:themeColor="accent1"/>
    </w:rPr>
  </w:style>
  <w:style w:type="character" w:styleId="afc">
    <w:name w:val="Subtle Reference"/>
    <w:basedOn w:val="a2"/>
    <w:uiPriority w:val="31"/>
    <w:qFormat/>
    <w:rsid w:val="00FC693F"/>
    <w:rPr>
      <w:smallCaps/>
      <w:color w:val="C0504D" w:themeColor="accent2"/>
      <w:u w:val="single"/>
    </w:rPr>
  </w:style>
  <w:style w:type="character" w:styleId="afd">
    <w:name w:val="Intense Reference"/>
    <w:basedOn w:val="a2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afe">
    <w:name w:val="Book Title"/>
    <w:basedOn w:val="a2"/>
    <w:uiPriority w:val="33"/>
    <w:qFormat/>
    <w:rsid w:val="00FC693F"/>
    <w:rPr>
      <w:b/>
      <w:bCs/>
      <w:smallCaps/>
      <w:spacing w:val="5"/>
    </w:rPr>
  </w:style>
  <w:style w:type="paragraph" w:styleId="aff">
    <w:name w:val="TOC Heading"/>
    <w:basedOn w:val="1"/>
    <w:next w:val="a1"/>
    <w:uiPriority w:val="39"/>
    <w:semiHidden/>
    <w:unhideWhenUsed/>
    <w:qFormat/>
    <w:rsid w:val="00FC693F"/>
    <w:pPr>
      <w:outlineLvl w:val="9"/>
    </w:pPr>
  </w:style>
  <w:style w:type="table" w:styleId="aff0">
    <w:name w:val="Table Grid"/>
    <w:basedOn w:val="a3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ff1">
    <w:name w:val="Light Shading"/>
    <w:basedOn w:val="a3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-1">
    <w:name w:val="Light Shading Accent 1"/>
    <w:basedOn w:val="a3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-2">
    <w:name w:val="Light Shading Accent 2"/>
    <w:basedOn w:val="a3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-3">
    <w:name w:val="Light Shading Accent 3"/>
    <w:basedOn w:val="a3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-4">
    <w:name w:val="Light Shading Accent 4"/>
    <w:basedOn w:val="a3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-5">
    <w:name w:val="Light Shading Accent 5"/>
    <w:basedOn w:val="a3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-6">
    <w:name w:val="Light Shading Accent 6"/>
    <w:basedOn w:val="a3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aff2">
    <w:name w:val="Light List"/>
    <w:basedOn w:val="a3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-10">
    <w:name w:val="Light List Accent 1"/>
    <w:basedOn w:val="a3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-20">
    <w:name w:val="Light List Accent 2"/>
    <w:basedOn w:val="a3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-30">
    <w:name w:val="Light List Accent 3"/>
    <w:basedOn w:val="a3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-40">
    <w:name w:val="Light List Accent 4"/>
    <w:basedOn w:val="a3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-50">
    <w:name w:val="Light List Accent 5"/>
    <w:basedOn w:val="a3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-60">
    <w:name w:val="Light List Accent 6"/>
    <w:basedOn w:val="a3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aff3">
    <w:name w:val="Light Grid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-11">
    <w:name w:val="Light Grid Accent 1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-21">
    <w:name w:val="Light Grid Accent 2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-31">
    <w:name w:val="Light Grid Accent 3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-41">
    <w:name w:val="Light Grid Accent 4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-51">
    <w:name w:val="Light Grid Accent 5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-61">
    <w:name w:val="Light Grid Accent 6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11">
    <w:name w:val="Medium Shading 1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1">
    <w:name w:val="Medium Shading 1 Accent 1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2">
    <w:name w:val="Medium Shading 1 Accent 2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3">
    <w:name w:val="Medium Shading 1 Accent 3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4">
    <w:name w:val="Medium Shading 1 Accent 4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5">
    <w:name w:val="Medium Shading 1 Accent 5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6">
    <w:name w:val="Medium Shading 1 Accent 6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29">
    <w:name w:val="Medium Shading 2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1">
    <w:name w:val="Medium Shading 2 Accent 1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2">
    <w:name w:val="Medium Shading 2 Accent 2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3">
    <w:name w:val="Medium Shading 2 Accent 3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4">
    <w:name w:val="Medium Shading 2 Accent 4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5">
    <w:name w:val="Medium Shading 2 Accent 5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6">
    <w:name w:val="Medium Shading 2 Accent 6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12">
    <w:name w:val="Medium List 1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1-10">
    <w:name w:val="Medium List 1 Accent 1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1-20">
    <w:name w:val="Medium List 1 Accent 2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1-30">
    <w:name w:val="Medium List 1 Accent 3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1-40">
    <w:name w:val="Medium List 1 Accent 4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1-50">
    <w:name w:val="Medium List 1 Accent 5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1-60">
    <w:name w:val="Medium List 1 Accent 6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2a">
    <w:name w:val="Medium List 2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10">
    <w:name w:val="Medium List 2 Accent 1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20">
    <w:name w:val="Medium List 2 Accent 2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30">
    <w:name w:val="Medium List 2 Accent 3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40">
    <w:name w:val="Medium List 2 Accent 4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50">
    <w:name w:val="Medium List 2 Accent 5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60">
    <w:name w:val="Medium List 2 Accent 6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13">
    <w:name w:val="Medium Grid 1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1-11">
    <w:name w:val="Medium Grid 1 Accent 1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1-21">
    <w:name w:val="Medium Grid 1 Accent 2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1-31">
    <w:name w:val="Medium Grid 1 Accent 3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1-41">
    <w:name w:val="Medium Grid 1 Accent 4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1-51">
    <w:name w:val="Medium Grid 1 Accent 5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1-61">
    <w:name w:val="Medium Grid 1 Accent 6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2b">
    <w:name w:val="Medium Grid 2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11">
    <w:name w:val="Medium Grid 2 Accent 1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21">
    <w:name w:val="Medium Grid 2 Accent 2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31">
    <w:name w:val="Medium Grid 2 Accent 3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41">
    <w:name w:val="Medium Grid 2 Accent 4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51">
    <w:name w:val="Medium Grid 2 Accent 5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61">
    <w:name w:val="Medium Grid 2 Accent 6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37">
    <w:name w:val="Medium Grid 3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3-1">
    <w:name w:val="Medium Grid 3 Accent 1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3-2">
    <w:name w:val="Medium Grid 3 Accent 2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3-3">
    <w:name w:val="Medium Grid 3 Accent 3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3-4">
    <w:name w:val="Medium Grid 3 Accent 4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3-5">
    <w:name w:val="Medium Grid 3 Accent 5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3-6">
    <w:name w:val="Medium Grid 3 Accent 6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aff4">
    <w:name w:val="Dark List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-12">
    <w:name w:val="Dark List Accent 1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-22">
    <w:name w:val="Dark List Accent 2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-32">
    <w:name w:val="Dark List Accent 3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-42">
    <w:name w:val="Dark List Accent 4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-52">
    <w:name w:val="Dark List Accent 5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-62">
    <w:name w:val="Dark List Accent 6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aff5">
    <w:name w:val="Colorful Shading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13">
    <w:name w:val="Colorful Shading Accent 1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23">
    <w:name w:val="Colorful Shading Accent 2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33">
    <w:name w:val="Colorful Shading Accent 3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-43">
    <w:name w:val="Colorful Shading Accent 4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53">
    <w:name w:val="Colorful Shading Accent 5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63">
    <w:name w:val="Colorful Shading Accent 6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aff6">
    <w:name w:val="Colorful List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-14">
    <w:name w:val="Colorful List Accent 1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-24">
    <w:name w:val="Colorful List Accent 2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-34">
    <w:name w:val="Colorful List Accent 3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-44">
    <w:name w:val="Colorful List Accent 4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-54">
    <w:name w:val="Colorful List Accent 5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-64">
    <w:name w:val="Colorful List Accent 6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aff7">
    <w:name w:val="Colorful Grid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-15">
    <w:name w:val="Colorful Grid Accent 1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-25">
    <w:name w:val="Colorful Grid Accent 2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-35">
    <w:name w:val="Colorful Grid Accent 3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-45">
    <w:name w:val="Colorful Grid Accent 4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-55">
    <w:name w:val="Colorful Grid Accent 5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-65">
    <w:name w:val="Colorful Grid Accent 6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24E97C9E-F641-4392-9C05-4EDC00CD0F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16</Pages>
  <Words>4010</Words>
  <Characters>22859</Characters>
  <Application>Microsoft Office Word</Application>
  <DocSecurity>0</DocSecurity>
  <Lines>190</Lines>
  <Paragraphs>53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26816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python-docx</dc:creator>
  <dc:description>generated by python-docx</dc:description>
  <cp:lastModifiedBy>911</cp:lastModifiedBy>
  <cp:revision>2</cp:revision>
  <dcterms:created xsi:type="dcterms:W3CDTF">2022-09-10T19:39:00Z</dcterms:created>
  <dcterms:modified xsi:type="dcterms:W3CDTF">2022-09-10T19:39:00Z</dcterms:modified>
</cp:coreProperties>
</file>